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AC30B9" w14:textId="77777777" w:rsidR="002D7E15" w:rsidRDefault="00F03DD9">
      <w:pPr>
        <w:pStyle w:val="SunsideTitel"/>
        <w:suppressAutoHyphens/>
      </w:pPr>
      <w:r>
        <w:t>Nachtragsangebot</w:t>
      </w:r>
    </w:p>
    <w:p w14:paraId="26D61DB9" w14:textId="77777777" w:rsidR="002D7E15" w:rsidRDefault="00F03DD9">
      <w:pPr>
        <w:suppressAutoHyphens/>
      </w:pPr>
      <w:r>
        <w:t>Hinweis zur Vorlage: Stand Oktober 2026. Für Ihren Einzelfall sprechen Sie mit einer Anwältin oder einem Anwalt. Löschen Sie diesen Absatz, bevor Sie den Vertrag verwenden.</w:t>
      </w:r>
    </w:p>
    <w:p w14:paraId="7F3F06FD" w14:textId="77777777" w:rsidR="002D7E15" w:rsidRDefault="00F03DD9">
      <w:pPr>
        <w:suppressAutoHyphens/>
      </w:pPr>
      <w:r>
        <w:t>[Ausfüllhinweis: Füllen Sie die Klammern aus. Bei Klammern zur Wahl behalten Sie nur den passenden Text, das Stichwort vor dem Doppelpunkt kommt mit weg. Löschen Sie vor dem Versand Überschrift, Hinweis zur Vorlage und diesen Absatz.]</w:t>
      </w:r>
    </w:p>
    <w:p w14:paraId="2FFC0E60" w14:textId="77777777" w:rsidR="002D7E15" w:rsidRDefault="00F03DD9">
      <w:pPr>
        <w:suppressAutoHyphens/>
        <w:spacing w:before="280"/>
      </w:pPr>
      <w:r>
        <w:rPr>
          <w:sz w:val="18"/>
        </w:rPr>
        <w:t>[Name des Betriebs], [Straße Nr.], [PLZ Ort]</w:t>
      </w:r>
    </w:p>
    <w:p w14:paraId="73C03317" w14:textId="77777777" w:rsidR="002D7E15" w:rsidRDefault="00F03DD9">
      <w:pPr>
        <w:suppressAutoHyphens/>
      </w:pPr>
      <w:r>
        <w:t>[Auftraggeber], zu Händen [Name]</w:t>
      </w:r>
      <w:r>
        <w:br/>
      </w:r>
      <w:r>
        <w:t>[Straße Nr.]</w:t>
      </w:r>
      <w:r>
        <w:br/>
        <w:t>[PLZ Ort]</w:t>
      </w:r>
    </w:p>
    <w:p w14:paraId="2F74FEBB" w14:textId="77777777" w:rsidR="002D7E15" w:rsidRDefault="00F03DD9">
      <w:pPr>
        <w:suppressAutoHyphens/>
        <w:jc w:val="right"/>
      </w:pPr>
      <w:r>
        <w:t>[Ort], [TT.MM.JJJJ]</w:t>
      </w:r>
    </w:p>
    <w:p w14:paraId="365D0BB3" w14:textId="77777777" w:rsidR="002D7E15" w:rsidRDefault="00F03DD9">
      <w:pPr>
        <w:suppressAutoHyphens/>
        <w:spacing w:before="80"/>
      </w:pPr>
      <w:r>
        <w:rPr>
          <w:b/>
        </w:rPr>
        <w:t>Nachtragsangebot Nr. [N-01] zum Vertrag vom [TT.MM.JJJJ]</w:t>
      </w:r>
    </w:p>
    <w:p w14:paraId="2A969B9C" w14:textId="77777777" w:rsidR="002D7E15" w:rsidRDefault="00F03DD9">
      <w:pPr>
        <w:suppressAutoHyphens/>
      </w:pPr>
      <w:r>
        <w:t>Bauvorhaben: [Bezeichnung, Anschrift]</w:t>
      </w:r>
    </w:p>
    <w:p w14:paraId="6EDC7162" w14:textId="77777777" w:rsidR="002D7E15" w:rsidRDefault="00F03DD9">
      <w:pPr>
        <w:suppressAutoHyphens/>
        <w:spacing w:before="40"/>
      </w:pPr>
      <w:r>
        <w:t>Sehr geehrte Damen und Herren,</w:t>
      </w:r>
    </w:p>
    <w:p w14:paraId="19F6A1E8" w14:textId="77777777" w:rsidR="002D7E15" w:rsidRDefault="00F03DD9">
      <w:pPr>
        <w:suppressAutoHyphens/>
      </w:pPr>
      <w:r>
        <w:t>für die unten beschriebene Änderung machen wir Ihnen dieses Angebot.</w:t>
      </w:r>
    </w:p>
    <w:p w14:paraId="25AE0AF0" w14:textId="77777777" w:rsidR="002D7E15" w:rsidRDefault="00F03DD9">
      <w:pPr>
        <w:pStyle w:val="SunsideAufzaehlung"/>
        <w:suppressAutoHyphens/>
        <w:ind w:left="312" w:hanging="312"/>
      </w:pPr>
      <w:r>
        <w:t>1.</w:t>
      </w:r>
      <w:r>
        <w:tab/>
      </w:r>
      <w:r>
        <w:rPr>
          <w:b/>
        </w:rPr>
        <w:t>Anlass:</w:t>
      </w:r>
      <w:r>
        <w:t xml:space="preserve"> [Wer hat was wann verlangt? Oder was hat sich auf der Baustelle gezeigt? Zum Beispiel: Am TT.MM.JJJJ wünschten Sie zusätzliche Steckdosen im Bad. Am TT.MM.JJJJ zeigte sich loser Altputz im Treppenhaus.]</w:t>
      </w:r>
    </w:p>
    <w:p w14:paraId="20E661DF" w14:textId="77777777" w:rsidR="002D7E15" w:rsidRDefault="00F03DD9">
      <w:pPr>
        <w:pStyle w:val="SunsideAufzaehlung"/>
        <w:suppressAutoHyphens/>
        <w:ind w:left="312" w:hanging="312"/>
      </w:pPr>
      <w:r>
        <w:t>2.</w:t>
      </w:r>
      <w:r>
        <w:tab/>
      </w:r>
      <w:r>
        <w:rPr>
          <w:b/>
        </w:rPr>
        <w:t>Grundlage:</w:t>
      </w:r>
      <w:r>
        <w:t xml:space="preserve"> [BGB-Bauvertrag, Kunde hat die Änderung verlangt: § 650b Abs. 1 BGB.]</w:t>
      </w:r>
      <w:r>
        <w:br/>
        <w:t>[Änderung vom Betrieb festgestellt: Bitte entscheiden Sie, ob wir sie ausführen sollen.]</w:t>
      </w:r>
      <w:r>
        <w:br/>
        <w:t>[Einfacher Werkvertrag: Dies ist unser Angebot zur Vertragsänderung.]</w:t>
      </w:r>
      <w:r>
        <w:br/>
        <w:t>[VOB-Vertrag: Dies ist eine [geänderte Leistung nach § 2 Abs. 5 VOB/B. Wir bitten darum, den neuen Preis vor der Ausführung zu vereinbaren.] [zusätzliche Leistung nach § 2 Abs. 6 VOB/B. Wir kündigen unseren Anspruch auf besondere Vergütung an.]]</w:t>
      </w:r>
    </w:p>
    <w:p w14:paraId="414562D5" w14:textId="77777777" w:rsidR="002D7E15" w:rsidRDefault="00F03DD9">
      <w:pPr>
        <w:pStyle w:val="SunsideAufzaehlung"/>
        <w:suppressAutoHyphens/>
        <w:ind w:left="312" w:hanging="312"/>
      </w:pPr>
      <w:r>
        <w:t>3.</w:t>
      </w:r>
      <w:r>
        <w:tab/>
      </w:r>
      <w:r>
        <w:rPr>
          <w:b/>
        </w:rPr>
        <w:t>Leistung:</w:t>
      </w:r>
      <w:r>
        <w:t xml:space="preserve"> [Pos., Beschreibung, Menge, Einheit, Einzelpreis, Gesamtpreis je Position]</w:t>
      </w:r>
    </w:p>
    <w:p w14:paraId="1DED4F69" w14:textId="77777777" w:rsidR="002D7E15" w:rsidRDefault="00F03DD9">
      <w:pPr>
        <w:pStyle w:val="SunsideAufzaehlung"/>
        <w:suppressAutoHyphens/>
        <w:ind w:left="312" w:hanging="312"/>
      </w:pPr>
      <w:r>
        <w:t>4.</w:t>
      </w:r>
      <w:r>
        <w:tab/>
      </w:r>
      <w:r>
        <w:rPr>
          <w:b/>
        </w:rPr>
        <w:t>Preis:</w:t>
      </w:r>
      <w:r>
        <w:t xml:space="preserve"> [Mehrvergütung oder Mindervergütung] [Betrag] Euro netto, zuzüglich [19] Prozent Umsatzsteuer [Betrag] Euro, zusammen [Betrag] Euro. Berechnung: [Die Kalkulation liegt bei.] [Grundlage nennen, zum Beispiel Stundensatz und Material.]</w:t>
      </w:r>
    </w:p>
    <w:p w14:paraId="340C344E" w14:textId="77777777" w:rsidR="002D7E15" w:rsidRDefault="00F03DD9">
      <w:pPr>
        <w:pStyle w:val="SunsideAufzaehlung"/>
        <w:suppressAutoHyphens/>
        <w:ind w:left="312" w:hanging="312"/>
      </w:pPr>
      <w:r>
        <w:t>5.</w:t>
      </w:r>
      <w:r>
        <w:tab/>
      </w:r>
      <w:r>
        <w:rPr>
          <w:b/>
        </w:rPr>
        <w:t>Bauzeit:</w:t>
      </w:r>
      <w:r>
        <w:t xml:space="preserve"> [Keine Auswirkung.]</w:t>
      </w:r>
      <w:r>
        <w:br/>
        <w:t>[Der Termin für [Leistung] verschiebt sich um [Anzahl] Arbeitstage auf den [TT.MM.JJJJ].]</w:t>
      </w:r>
    </w:p>
    <w:p w14:paraId="533F60E9" w14:textId="77777777" w:rsidR="002D7E15" w:rsidRDefault="00F03DD9">
      <w:pPr>
        <w:pStyle w:val="SunsideAufzaehlung"/>
        <w:suppressAutoHyphens/>
        <w:spacing w:after="120"/>
        <w:ind w:left="312" w:hanging="312"/>
      </w:pPr>
      <w:r>
        <w:t>6.</w:t>
      </w:r>
      <w:r>
        <w:tab/>
      </w:r>
      <w:r>
        <w:rPr>
          <w:b/>
        </w:rPr>
        <w:t>Antwort:</w:t>
      </w:r>
      <w:r>
        <w:t xml:space="preserve"> Bitte beauftragen Sie den Nachtrag bis zum [TT.MM.JJJJ] in Textform, zum Beispiel per E-Mail oder mit Ihrer Unterschrift unten. Mit der Ausführung beginnen wir nach Ihrem Auftrag [BGB-Bauvertrag, VOB-Vertrag: oder Ihrer wirksamen Anordnung]. [BGB-Bauvertrag, Kunde hat die Änderung verlangt: Einigen wir uns nicht innerhalb von 30 Tagen, nachdem Ihr Änderungswunsch bei uns eingegangen ist, können Sie die Änderung in Textform anordnen.] [zusätzlich bei Mehrvergütung: Für Abschläge (Teilzahlungen während der A</w:t>
      </w:r>
      <w:r>
        <w:t>rbeit) können wir dann 80 Prozent der genannten Mehrvergütung ansetzen, sofern kein Gericht anders entscheidet (§ 650c Abs. 3 BGB).]</w:t>
      </w:r>
    </w:p>
    <w:p w14:paraId="4175BCE9" w14:textId="77777777" w:rsidR="002D7E15" w:rsidRDefault="00F03DD9">
      <w:pPr>
        <w:keepNext/>
        <w:suppressAutoHyphens/>
      </w:pPr>
      <w:r>
        <w:t>Mit freundlichen Grüßen</w:t>
      </w:r>
    </w:p>
    <w:p w14:paraId="5CDD108F" w14:textId="77777777" w:rsidR="002D7E15" w:rsidRDefault="002D7E15">
      <w:pPr>
        <w:keepNext/>
        <w:suppressAutoHyphens/>
        <w:spacing w:after="0" w:line="80" w:lineRule="exact"/>
      </w:pPr>
    </w:p>
    <w:tbl>
      <w:tblPr>
        <w:tblW w:w="0" w:type="auto"/>
        <w:tblLayout w:type="fixed"/>
        <w:tblLook w:val="04A0" w:firstRow="1" w:lastRow="0" w:firstColumn="1" w:lastColumn="0" w:noHBand="0" w:noVBand="1"/>
      </w:tblPr>
      <w:tblGrid>
        <w:gridCol w:w="4252"/>
        <w:gridCol w:w="567"/>
        <w:gridCol w:w="4252"/>
      </w:tblGrid>
      <w:tr w:rsidR="002D7E15" w14:paraId="56917F4D" w14:textId="77777777">
        <w:trPr>
          <w:cantSplit/>
          <w:trHeight w:hRule="exact" w:val="680"/>
        </w:trPr>
        <w:tc>
          <w:tcPr>
            <w:tcW w:w="4252" w:type="dxa"/>
            <w:tcMar>
              <w:top w:w="0" w:type="dxa"/>
              <w:left w:w="0" w:type="dxa"/>
              <w:bottom w:w="0" w:type="dxa"/>
              <w:right w:w="0" w:type="dxa"/>
            </w:tcMar>
          </w:tcPr>
          <w:p w14:paraId="27D11697" w14:textId="77777777" w:rsidR="002D7E15" w:rsidRDefault="002D7E15">
            <w:pPr>
              <w:pStyle w:val="SunsideTabelle"/>
              <w:keepNext/>
              <w:spacing w:before="680"/>
            </w:pPr>
          </w:p>
        </w:tc>
        <w:tc>
          <w:tcPr>
            <w:tcW w:w="567" w:type="dxa"/>
            <w:tcMar>
              <w:top w:w="0" w:type="dxa"/>
              <w:left w:w="0" w:type="dxa"/>
              <w:bottom w:w="0" w:type="dxa"/>
              <w:right w:w="0" w:type="dxa"/>
            </w:tcMar>
          </w:tcPr>
          <w:p w14:paraId="1B5C7420" w14:textId="77777777" w:rsidR="002D7E15" w:rsidRDefault="002D7E15">
            <w:pPr>
              <w:keepNext/>
            </w:pPr>
          </w:p>
        </w:tc>
        <w:tc>
          <w:tcPr>
            <w:tcW w:w="4252" w:type="dxa"/>
            <w:tcMar>
              <w:top w:w="0" w:type="dxa"/>
              <w:left w:w="0" w:type="dxa"/>
              <w:bottom w:w="0" w:type="dxa"/>
              <w:right w:w="0" w:type="dxa"/>
            </w:tcMar>
          </w:tcPr>
          <w:p w14:paraId="44DFBE3A" w14:textId="77777777" w:rsidR="002D7E15" w:rsidRDefault="002D7E15">
            <w:pPr>
              <w:pStyle w:val="SunsideTabelle"/>
              <w:keepNext/>
              <w:spacing w:before="680"/>
            </w:pPr>
          </w:p>
        </w:tc>
      </w:tr>
      <w:tr w:rsidR="002D7E15" w14:paraId="3273A835" w14:textId="77777777">
        <w:trPr>
          <w:cantSplit/>
        </w:trPr>
        <w:tc>
          <w:tcPr>
            <w:tcW w:w="4252" w:type="dxa"/>
            <w:tcBorders>
              <w:top w:val="single" w:sz="4" w:space="0" w:color="000000"/>
            </w:tcBorders>
            <w:tcMar>
              <w:top w:w="80" w:type="dxa"/>
              <w:left w:w="0" w:type="dxa"/>
              <w:bottom w:w="0" w:type="dxa"/>
              <w:right w:w="0" w:type="dxa"/>
            </w:tcMar>
          </w:tcPr>
          <w:p w14:paraId="26CD8AB6" w14:textId="77777777" w:rsidR="002D7E15" w:rsidRDefault="00F03DD9">
            <w:pPr>
              <w:pStyle w:val="SunsideTabelle"/>
            </w:pPr>
            <w:r>
              <w:rPr>
                <w:b/>
              </w:rPr>
              <w:t>Auftragnehmer</w:t>
            </w:r>
            <w:r>
              <w:rPr>
                <w:b/>
              </w:rPr>
              <w:br/>
            </w:r>
            <w:r>
              <w:t>[Ort, Datum, Name, Betrieb]</w:t>
            </w:r>
          </w:p>
        </w:tc>
        <w:tc>
          <w:tcPr>
            <w:tcW w:w="567" w:type="dxa"/>
            <w:tcMar>
              <w:top w:w="0" w:type="dxa"/>
              <w:left w:w="0" w:type="dxa"/>
              <w:bottom w:w="0" w:type="dxa"/>
              <w:right w:w="0" w:type="dxa"/>
            </w:tcMar>
          </w:tcPr>
          <w:p w14:paraId="364F2483" w14:textId="77777777" w:rsidR="002D7E15" w:rsidRDefault="002D7E15"/>
        </w:tc>
        <w:tc>
          <w:tcPr>
            <w:tcW w:w="4252" w:type="dxa"/>
            <w:tcBorders>
              <w:top w:val="single" w:sz="4" w:space="0" w:color="000000"/>
            </w:tcBorders>
            <w:tcMar>
              <w:top w:w="80" w:type="dxa"/>
              <w:left w:w="0" w:type="dxa"/>
              <w:bottom w:w="0" w:type="dxa"/>
              <w:right w:w="0" w:type="dxa"/>
            </w:tcMar>
          </w:tcPr>
          <w:p w14:paraId="15387881" w14:textId="77777777" w:rsidR="002D7E15" w:rsidRDefault="00F03DD9">
            <w:pPr>
              <w:pStyle w:val="SunsideTabelle"/>
            </w:pPr>
            <w:r>
              <w:rPr>
                <w:b/>
              </w:rPr>
              <w:t>Nachtrag beauftragt</w:t>
            </w:r>
            <w:r>
              <w:rPr>
                <w:b/>
              </w:rPr>
              <w:br/>
            </w:r>
            <w:r>
              <w:t>[Ort, Datum, Name, Auftraggeber]</w:t>
            </w:r>
          </w:p>
        </w:tc>
      </w:tr>
    </w:tbl>
    <w:p w14:paraId="1A08CDB3" w14:textId="77777777" w:rsidR="002D7E15" w:rsidRDefault="002D7E15">
      <w:pPr>
        <w:suppressAutoHyphens/>
        <w:spacing w:after="0" w:line="120" w:lineRule="exact"/>
      </w:pPr>
    </w:p>
    <w:p w14:paraId="5EC81AB3" w14:textId="77777777" w:rsidR="002D7E15" w:rsidRDefault="00F03DD9">
      <w:pPr>
        <w:suppressAutoHyphens/>
        <w:spacing w:before="80"/>
      </w:pPr>
      <w:r>
        <w:t>Anlagen: [Kalkulation, Fotos mit Datum, Plan] [falls nötig: Widerrufsbelehrung]</w:t>
      </w:r>
    </w:p>
    <w:sectPr w:rsidR="002D7E15" w:rsidSect="00034616">
      <w:headerReference w:type="default" r:id="rId8"/>
      <w:footerReference w:type="default" r:id="rId9"/>
      <w:pgSz w:w="11906" w:h="16838"/>
      <w:pgMar w:top="1417" w:right="1417" w:bottom="1276"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1CCC91" w14:textId="77777777" w:rsidR="00F03DD9" w:rsidRDefault="00F03DD9">
      <w:pPr>
        <w:spacing w:after="0"/>
      </w:pPr>
      <w:r>
        <w:separator/>
      </w:r>
    </w:p>
  </w:endnote>
  <w:endnote w:type="continuationSeparator" w:id="0">
    <w:p w14:paraId="664EF547" w14:textId="77777777" w:rsidR="00F03DD9" w:rsidRDefault="00F03DD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F9D0A0" w14:textId="77777777" w:rsidR="002D7E15" w:rsidRDefault="00F03DD9">
    <w:pPr>
      <w:pStyle w:val="Fuzeile"/>
    </w:pPr>
    <w:r>
      <w:tab/>
      <w:t xml:space="preserve">Seite </w:t>
    </w:r>
    <w:r>
      <w:fldChar w:fldCharType="begin"/>
    </w:r>
    <w:r>
      <w:instrText>PAGE</w:instrText>
    </w:r>
    <w:r>
      <w:fldChar w:fldCharType="separate"/>
    </w:r>
    <w:r>
      <w:t>1</w:t>
    </w:r>
    <w:r>
      <w:fldChar w:fldCharType="end"/>
    </w:r>
    <w:r>
      <w:t xml:space="preserve"> von </w:t>
    </w:r>
    <w:r>
      <w:fldChar w:fldCharType="begin"/>
    </w:r>
    <w:r>
      <w:instrText>NUMPAGES</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02BE0F" w14:textId="77777777" w:rsidR="00F03DD9" w:rsidRDefault="00F03DD9">
      <w:pPr>
        <w:spacing w:after="0"/>
      </w:pPr>
      <w:r>
        <w:separator/>
      </w:r>
    </w:p>
  </w:footnote>
  <w:footnote w:type="continuationSeparator" w:id="0">
    <w:p w14:paraId="459FAA0F" w14:textId="77777777" w:rsidR="00F03DD9" w:rsidRDefault="00F03DD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AE7F22" w14:textId="77777777" w:rsidR="002D7E15" w:rsidRDefault="002D7E15">
    <w:pPr>
      <w:pStyle w:val="Kopfzeil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44B40F9"/>
    <w:multiLevelType w:val="multilevel"/>
    <w:tmpl w:val="A6D23D28"/>
    <w:lvl w:ilvl="0">
      <w:start w:val="1"/>
      <w:numFmt w:val="decimal"/>
      <w:pStyle w:val="berschrift1"/>
      <w:suff w:val="space"/>
      <w:lvlText w:val="%1."/>
      <w:lvlJc w:val="left"/>
      <w:pPr>
        <w:ind w:left="0" w:firstLine="0"/>
      </w:pPr>
    </w:lvl>
    <w:lvl w:ilvl="1">
      <w:start w:val="1"/>
      <w:numFmt w:val="decimal"/>
      <w:pStyle w:val="berschrift2"/>
      <w:suff w:val="space"/>
      <w:lvlText w:val="%1.%2"/>
      <w:lvlJc w:val="left"/>
      <w:pPr>
        <w:ind w:left="0" w:firstLine="0"/>
      </w:pPr>
    </w:lvl>
    <w:lvl w:ilvl="2">
      <w:start w:val="1"/>
      <w:numFmt w:val="decimal"/>
      <w:pStyle w:val="berschrift3"/>
      <w:suff w:val="space"/>
      <w:lvlText w:val="%1.%2.%3"/>
      <w:lvlJc w:val="left"/>
      <w:pPr>
        <w:ind w:left="0" w:firstLine="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55789948">
    <w:abstractNumId w:val="8"/>
  </w:num>
  <w:num w:numId="2" w16cid:durableId="65035564">
    <w:abstractNumId w:val="6"/>
  </w:num>
  <w:num w:numId="3" w16cid:durableId="823278379">
    <w:abstractNumId w:val="5"/>
  </w:num>
  <w:num w:numId="4" w16cid:durableId="220217475">
    <w:abstractNumId w:val="4"/>
  </w:num>
  <w:num w:numId="5" w16cid:durableId="1075517304">
    <w:abstractNumId w:val="7"/>
  </w:num>
  <w:num w:numId="6" w16cid:durableId="148055889">
    <w:abstractNumId w:val="3"/>
  </w:num>
  <w:num w:numId="7" w16cid:durableId="2035307147">
    <w:abstractNumId w:val="2"/>
  </w:num>
  <w:num w:numId="8" w16cid:durableId="2008896456">
    <w:abstractNumId w:val="1"/>
  </w:num>
  <w:num w:numId="9" w16cid:durableId="1686445612">
    <w:abstractNumId w:val="0"/>
  </w:num>
  <w:num w:numId="10" w16cid:durableId="155194058">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efaultTabStop w:val="720"/>
  <w:autoHyphenation/>
  <w:consecutiveHyphenLimit w:val="2"/>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4A4C"/>
    <w:rsid w:val="0015074B"/>
    <w:rsid w:val="0029639D"/>
    <w:rsid w:val="002D7E15"/>
    <w:rsid w:val="00326F90"/>
    <w:rsid w:val="00AA1D8D"/>
    <w:rsid w:val="00B47730"/>
    <w:rsid w:val="00CB0664"/>
    <w:rsid w:val="00CC738C"/>
    <w:rsid w:val="00F03DD9"/>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7BC51B"/>
  <w14:defaultImageDpi w14:val="300"/>
  <w15:docId w15:val="{59318944-2523-554A-AF99-7E9C2CEA8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000000"/>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20" w:line="240" w:lineRule="auto"/>
    </w:pPr>
    <w:rPr>
      <w:kern w:val="22"/>
    </w:rPr>
  </w:style>
  <w:style w:type="paragraph" w:styleId="berschrift1">
    <w:name w:val="heading 1"/>
    <w:basedOn w:val="Standard"/>
    <w:next w:val="Standard"/>
    <w:link w:val="berschrift1Zchn"/>
    <w:uiPriority w:val="9"/>
    <w:qFormat/>
    <w:rsid w:val="00FC693F"/>
    <w:pPr>
      <w:keepNext/>
      <w:keepLines/>
      <w:numPr>
        <w:numId w:val="10"/>
      </w:numPr>
      <w:spacing w:before="280"/>
      <w:outlineLvl w:val="0"/>
    </w:pPr>
    <w:rPr>
      <w:b/>
      <w:bCs/>
      <w:sz w:val="24"/>
      <w:szCs w:val="24"/>
    </w:rPr>
  </w:style>
  <w:style w:type="paragraph" w:styleId="berschrift2">
    <w:name w:val="heading 2"/>
    <w:basedOn w:val="Standard"/>
    <w:next w:val="Standard"/>
    <w:link w:val="berschrift2Zchn"/>
    <w:uiPriority w:val="9"/>
    <w:unhideWhenUsed/>
    <w:qFormat/>
    <w:rsid w:val="00FC693F"/>
    <w:pPr>
      <w:keepNext/>
      <w:keepLines/>
      <w:numPr>
        <w:ilvl w:val="1"/>
        <w:numId w:val="10"/>
      </w:numPr>
      <w:spacing w:before="200"/>
      <w:outlineLvl w:val="1"/>
    </w:pPr>
    <w:rPr>
      <w:b/>
      <w:bCs/>
      <w:sz w:val="24"/>
      <w:szCs w:val="24"/>
    </w:rPr>
  </w:style>
  <w:style w:type="paragraph" w:styleId="berschrift3">
    <w:name w:val="heading 3"/>
    <w:basedOn w:val="Standard"/>
    <w:next w:val="Standard"/>
    <w:link w:val="berschrift3Zchn"/>
    <w:uiPriority w:val="9"/>
    <w:unhideWhenUsed/>
    <w:qFormat/>
    <w:rsid w:val="00FC693F"/>
    <w:pPr>
      <w:keepNext/>
      <w:keepLines/>
      <w:numPr>
        <w:ilvl w:val="2"/>
        <w:numId w:val="10"/>
      </w:numPr>
      <w:spacing w:before="160"/>
      <w:outlineLvl w:val="2"/>
    </w:pPr>
    <w:rPr>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pBdr>
        <w:bottom w:val="single" w:sz="4" w:space="6" w:color="D9D9D9"/>
      </w:pBdr>
      <w:tabs>
        <w:tab w:val="right" w:pos="9072"/>
      </w:tabs>
      <w:spacing w:after="0"/>
    </w:pPr>
    <w:rPr>
      <w:sz w:val="18"/>
      <w:szCs w:val="18"/>
    </w:rPr>
  </w:style>
  <w:style w:type="character" w:customStyle="1" w:styleId="KopfzeileZchn">
    <w:name w:val="Kopfzeile Zchn"/>
    <w:basedOn w:val="Absatz-Standardschriftart"/>
    <w:link w:val="Kopfzeile"/>
    <w:uiPriority w:val="99"/>
    <w:rsid w:val="00E618BF"/>
    <w:rPr>
      <w:rFonts w:ascii="Arial" w:eastAsia="Arial" w:hAnsi="Arial" w:cs="Arial"/>
      <w:color w:val="000000"/>
      <w:kern w:val="22"/>
      <w:sz w:val="18"/>
      <w:szCs w:val="18"/>
      <w:lang w:val="de-DE"/>
    </w:rPr>
  </w:style>
  <w:style w:type="paragraph" w:styleId="Fuzeile">
    <w:name w:val="footer"/>
    <w:basedOn w:val="Standard"/>
    <w:link w:val="FuzeileZchn"/>
    <w:uiPriority w:val="99"/>
    <w:unhideWhenUsed/>
    <w:rsid w:val="00E618BF"/>
    <w:pPr>
      <w:pBdr>
        <w:top w:val="single" w:sz="4" w:space="6" w:color="D9D9D9"/>
      </w:pBdr>
      <w:tabs>
        <w:tab w:val="right" w:pos="9072"/>
      </w:tabs>
      <w:spacing w:after="0"/>
    </w:pPr>
    <w:rPr>
      <w:sz w:val="18"/>
      <w:szCs w:val="18"/>
    </w:rPr>
  </w:style>
  <w:style w:type="character" w:customStyle="1" w:styleId="FuzeileZchn">
    <w:name w:val="Fußzeile Zchn"/>
    <w:basedOn w:val="Absatz-Standardschriftart"/>
    <w:link w:val="Fuzeile"/>
    <w:uiPriority w:val="99"/>
    <w:rsid w:val="00E618BF"/>
    <w:rPr>
      <w:rFonts w:ascii="Arial" w:eastAsia="Arial" w:hAnsi="Arial" w:cs="Arial"/>
      <w:color w:val="000000"/>
      <w:kern w:val="22"/>
      <w:sz w:val="18"/>
      <w:szCs w:val="18"/>
      <w:lang w:val="de-DE"/>
    </w:rPr>
  </w:style>
  <w:style w:type="character" w:customStyle="1" w:styleId="berschrift1Zchn">
    <w:name w:val="Überschrift 1 Zchn"/>
    <w:basedOn w:val="Absatz-Standardschriftart"/>
    <w:link w:val="berschrift1"/>
    <w:uiPriority w:val="9"/>
    <w:rsid w:val="00FC693F"/>
    <w:rPr>
      <w:rFonts w:ascii="Arial" w:eastAsia="Arial" w:hAnsi="Arial" w:cs="Arial"/>
      <w:b/>
      <w:bCs/>
      <w:color w:val="000000"/>
      <w:kern w:val="22"/>
      <w:sz w:val="24"/>
      <w:szCs w:val="24"/>
      <w:lang w:val="de-DE"/>
    </w:rPr>
  </w:style>
  <w:style w:type="character" w:customStyle="1" w:styleId="berschrift2Zchn">
    <w:name w:val="Überschrift 2 Zchn"/>
    <w:basedOn w:val="Absatz-Standardschriftart"/>
    <w:link w:val="berschrift2"/>
    <w:uiPriority w:val="9"/>
    <w:rsid w:val="00FC693F"/>
    <w:rPr>
      <w:rFonts w:ascii="Arial" w:eastAsia="Arial" w:hAnsi="Arial" w:cs="Arial"/>
      <w:b/>
      <w:bCs/>
      <w:color w:val="000000"/>
      <w:kern w:val="22"/>
      <w:sz w:val="24"/>
      <w:szCs w:val="24"/>
      <w:lang w:val="de-DE"/>
    </w:rPr>
  </w:style>
  <w:style w:type="character" w:customStyle="1" w:styleId="berschrift3Zchn">
    <w:name w:val="Überschrift 3 Zchn"/>
    <w:basedOn w:val="Absatz-Standardschriftart"/>
    <w:link w:val="berschrift3"/>
    <w:uiPriority w:val="9"/>
    <w:rsid w:val="00FC693F"/>
    <w:rPr>
      <w:rFonts w:ascii="Arial" w:eastAsia="Arial" w:hAnsi="Arial" w:cs="Arial"/>
      <w:b/>
      <w:bCs/>
      <w:color w:val="000000"/>
      <w:kern w:val="22"/>
      <w:sz w:val="24"/>
      <w:szCs w:val="24"/>
      <w:lang w:val="de-DE"/>
    </w:rPr>
  </w:style>
  <w:style w:type="paragraph" w:styleId="Inhaltsverzeichnisberschrift">
    <w:name w:val="TOC Heading"/>
    <w:basedOn w:val="berschrift1"/>
    <w:next w:val="Standard"/>
    <w:uiPriority w:val="39"/>
    <w:semiHidden/>
    <w:unhideWhenUsed/>
    <w:qFormat/>
    <w:rsid w:val="00FC693F"/>
    <w:pPr>
      <w:outlineLvl w:val="9"/>
    </w:pPr>
  </w:style>
  <w:style w:type="paragraph" w:customStyle="1" w:styleId="SunsideTitel">
    <w:name w:val="Sunside Titel"/>
    <w:basedOn w:val="Standard"/>
    <w:qFormat/>
    <w:pPr>
      <w:keepNext/>
      <w:keepLines/>
      <w:pBdr>
        <w:bottom w:val="single" w:sz="6" w:space="8" w:color="000000"/>
      </w:pBdr>
      <w:spacing w:line="460" w:lineRule="exact"/>
    </w:pPr>
    <w:rPr>
      <w:b/>
      <w:bCs/>
      <w:sz w:val="40"/>
      <w:szCs w:val="40"/>
    </w:rPr>
  </w:style>
  <w:style w:type="paragraph" w:customStyle="1" w:styleId="SunsideUntertitel">
    <w:name w:val="Sunside Untertitel"/>
    <w:basedOn w:val="Standard"/>
    <w:qFormat/>
    <w:pPr>
      <w:spacing w:before="240" w:after="0"/>
    </w:pPr>
    <w:rPr>
      <w:b/>
      <w:bCs/>
    </w:rPr>
  </w:style>
  <w:style w:type="paragraph" w:customStyle="1" w:styleId="SunsideAngabe">
    <w:name w:val="Sunside Angabe"/>
    <w:basedOn w:val="Standard"/>
    <w:qFormat/>
    <w:pPr>
      <w:spacing w:after="0"/>
    </w:pPr>
  </w:style>
  <w:style w:type="paragraph" w:customStyle="1" w:styleId="SunsideDokumentart">
    <w:name w:val="Sunside Dokumentart"/>
    <w:basedOn w:val="Standard"/>
    <w:qFormat/>
    <w:pPr>
      <w:spacing w:after="0"/>
    </w:pPr>
  </w:style>
  <w:style w:type="paragraph" w:customStyle="1" w:styleId="SunsideVerzeichnis">
    <w:name w:val="Sunside Verzeichnis"/>
    <w:basedOn w:val="Standard"/>
    <w:qFormat/>
    <w:pPr>
      <w:keepNext/>
      <w:keepLines/>
      <w:spacing w:after="160"/>
    </w:pPr>
    <w:rPr>
      <w:b/>
      <w:bCs/>
      <w:sz w:val="24"/>
      <w:szCs w:val="24"/>
    </w:rPr>
  </w:style>
  <w:style w:type="paragraph" w:customStyle="1" w:styleId="SunsideAufzaehlung">
    <w:name w:val="Sunside Aufzaehlung"/>
    <w:basedOn w:val="Standard"/>
    <w:qFormat/>
    <w:pPr>
      <w:keepLines/>
      <w:spacing w:after="80"/>
      <w:ind w:left="459" w:hanging="261"/>
    </w:pPr>
  </w:style>
  <w:style w:type="paragraph" w:customStyle="1" w:styleId="SunsideAufzaehlung2">
    <w:name w:val="Sunside Aufzaehlung 2"/>
    <w:basedOn w:val="Standard"/>
    <w:qFormat/>
    <w:pPr>
      <w:keepLines/>
      <w:spacing w:after="80"/>
      <w:ind w:left="918" w:hanging="261"/>
    </w:pPr>
  </w:style>
  <w:style w:type="paragraph" w:customStyle="1" w:styleId="SunsideCheckliste">
    <w:name w:val="Sunside Checkliste"/>
    <w:basedOn w:val="Standard"/>
    <w:qFormat/>
    <w:pPr>
      <w:keepLines/>
      <w:spacing w:after="80"/>
      <w:ind w:left="459" w:hanging="261"/>
    </w:pPr>
  </w:style>
  <w:style w:type="paragraph" w:customStyle="1" w:styleId="SunsideTabellenkopf">
    <w:name w:val="Sunside Tabellenkopf"/>
    <w:basedOn w:val="Standard"/>
    <w:qFormat/>
    <w:pPr>
      <w:keepNext/>
      <w:keepLines/>
      <w:suppressAutoHyphens/>
      <w:spacing w:after="0"/>
    </w:pPr>
  </w:style>
  <w:style w:type="paragraph" w:customStyle="1" w:styleId="SunsideTabelle">
    <w:name w:val="Sunside Tabelle"/>
    <w:basedOn w:val="Standard"/>
    <w:qFormat/>
    <w:pPr>
      <w:spacing w:after="0"/>
    </w:pPr>
  </w:style>
  <w:style w:type="paragraph" w:customStyle="1" w:styleId="SunsideBeschriftung">
    <w:name w:val="Sunside Beschriftung"/>
    <w:basedOn w:val="Standard"/>
    <w:qFormat/>
    <w:pPr>
      <w:spacing w:before="60" w:after="240"/>
    </w:pPr>
    <w:rPr>
      <w:sz w:val="20"/>
      <w:szCs w:val="20"/>
    </w:rPr>
  </w:style>
  <w:style w:type="paragraph" w:customStyle="1" w:styleId="SunsideMerksatz">
    <w:name w:val="Sunside Merksatz"/>
    <w:basedOn w:val="Standard"/>
    <w:qFormat/>
    <w:pPr>
      <w:pBdr>
        <w:left w:val="single" w:sz="16" w:space="10" w:color="000000"/>
      </w:pBdr>
      <w:spacing w:before="200" w:after="0"/>
      <w:ind w:left="227"/>
    </w:pPr>
  </w:style>
  <w:style w:type="paragraph" w:customStyle="1" w:styleId="SunsideSprechtext">
    <w:name w:val="Sunside Sprechtext"/>
    <w:basedOn w:val="Standard"/>
    <w:qFormat/>
  </w:style>
  <w:style w:type="paragraph" w:customStyle="1" w:styleId="SunsideParagraf">
    <w:name w:val="Sunside Paragraf"/>
    <w:basedOn w:val="Standard"/>
    <w:qFormat/>
    <w:pPr>
      <w:keepNext/>
      <w:keepLines/>
      <w:spacing w:before="280"/>
      <w:outlineLvl w:val="0"/>
    </w:pPr>
    <w:rPr>
      <w:b/>
      <w:bCs/>
      <w:sz w:val="24"/>
      <w:szCs w:val="24"/>
    </w:rPr>
  </w:style>
  <w:style w:type="paragraph" w:customStyle="1" w:styleId="SunsideZwischentitel">
    <w:name w:val="Sunside Zwischentitel"/>
    <w:basedOn w:val="Standard"/>
    <w:qFormat/>
    <w:pPr>
      <w:keepNext/>
      <w:keepLines/>
      <w:spacing w:before="200"/>
      <w:outlineLvl w:val="1"/>
    </w:pPr>
    <w:rPr>
      <w:b/>
      <w:bCs/>
      <w:sz w:val="24"/>
      <w:szCs w:val="24"/>
    </w:rPr>
  </w:style>
  <w:style w:type="paragraph" w:customStyle="1" w:styleId="SunsideZwischentitel3">
    <w:name w:val="Sunside Zwischentitel 3"/>
    <w:basedOn w:val="Standard"/>
    <w:qFormat/>
    <w:pPr>
      <w:keepNext/>
      <w:keepLines/>
      <w:spacing w:before="160"/>
      <w:outlineLvl w:val="2"/>
    </w:pPr>
    <w:rPr>
      <w:b/>
      <w:bCs/>
      <w:sz w:val="24"/>
      <w:szCs w:val="24"/>
    </w:rPr>
  </w:style>
  <w:style w:type="paragraph" w:customStyle="1" w:styleId="SunsideAnhang">
    <w:name w:val="Sunside Anhang"/>
    <w:basedOn w:val="Standard"/>
    <w:qFormat/>
    <w:pPr>
      <w:keepNext/>
      <w:keepLines/>
      <w:outlineLvl w:val="0"/>
    </w:pPr>
    <w:rPr>
      <w:b/>
      <w:bCs/>
      <w:sz w:val="24"/>
      <w:szCs w:val="24"/>
    </w:rPr>
  </w:style>
  <w:style w:type="paragraph" w:customStyle="1" w:styleId="Verzeichnis11">
    <w:name w:val="Verzeichnis 11"/>
    <w:basedOn w:val="Standard"/>
    <w:qFormat/>
    <w:pPr>
      <w:tabs>
        <w:tab w:val="right" w:leader="dot" w:pos="9072"/>
      </w:tabs>
      <w:spacing w:before="160" w:after="0"/>
    </w:pPr>
    <w:rPr>
      <w:b/>
      <w:bCs/>
    </w:rPr>
  </w:style>
  <w:style w:type="paragraph" w:customStyle="1" w:styleId="Verzeichnis21">
    <w:name w:val="Verzeichnis 21"/>
    <w:basedOn w:val="Standard"/>
    <w:qFormat/>
    <w:pPr>
      <w:tabs>
        <w:tab w:val="right" w:leader="dot" w:pos="9072"/>
      </w:tabs>
      <w:spacing w:before="40" w:after="0"/>
      <w:ind w:left="397"/>
    </w:pPr>
  </w:style>
  <w:style w:type="paragraph" w:customStyle="1" w:styleId="Verzeichnis31">
    <w:name w:val="Verzeichnis 31"/>
    <w:basedOn w:val="Standard"/>
    <w:qFormat/>
    <w:pPr>
      <w:tabs>
        <w:tab w:val="right" w:leader="dot" w:pos="9072"/>
      </w:tabs>
      <w:spacing w:before="40" w:after="0"/>
      <w:ind w:left="79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Arial"/>
        <a:cs typeface="Arial"/>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Arial"/>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379</Words>
  <Characters>2373</Characters>
  <Application>Microsoft Office Word</Application>
  <DocSecurity>0</DocSecurity>
  <Lines>50</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Nachtragsangebot</dc:title>
  <dc:subject/>
  <dc:creator/>
  <cp:keywords>neutral</cp:keywords>
  <dc:description/>
  <cp:lastModifiedBy/>
  <cp:revision>2</cp:revision>
  <dcterms:created xsi:type="dcterms:W3CDTF">2026-10-31T22:22:00Z</dcterms:created>
  <dcterms:modified xsi:type="dcterms:W3CDTF">2026-10-31T22:22:00Z</dcterms:modified>
  <cp:category>vertrag</cp:category>
</cp:coreProperties>
</file>