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AABD53" w14:textId="77777777" w:rsidR="002076E4" w:rsidRDefault="007768B1">
      <w:pPr>
        <w:pStyle w:val="SunsideTitel"/>
      </w:pPr>
      <w:r>
        <w:t>Angebot Nr. [Nummer]</w:t>
      </w:r>
    </w:p>
    <w:p w14:paraId="592DEC2C" w14:textId="77777777" w:rsidR="002076E4" w:rsidRDefault="007768B1">
      <w:r>
        <w:t>Hinweis zur Vorlage: Stand Oktober 2026. Für Ihren Einzelfall sprechen Sie mit einer Anwältin oder einem Anwalt. Löschen Sie diesen Absatz, bevor Sie den Vertrag verwenden.</w:t>
      </w:r>
    </w:p>
    <w:p w14:paraId="51CA37B7" w14:textId="77777777" w:rsidR="002076E4" w:rsidRDefault="002076E4">
      <w:pPr>
        <w:spacing w:after="0" w:line="24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9"/>
        <w:gridCol w:w="4252"/>
      </w:tblGrid>
      <w:tr w:rsidR="002076E4" w14:paraId="15A2A9AB" w14:textId="77777777">
        <w:tc>
          <w:tcPr>
            <w:tcW w:w="48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83841" w14:textId="77777777" w:rsidR="002076E4" w:rsidRDefault="007768B1">
            <w:pPr>
              <w:suppressAutoHyphens/>
            </w:pPr>
            <w:r>
              <w:rPr>
                <w:sz w:val="18"/>
              </w:rPr>
              <w:t>[Name des Betriebs], [Straße Nr.], [PLZ Ort]</w:t>
            </w:r>
          </w:p>
          <w:p w14:paraId="7D22E81B" w14:textId="77777777" w:rsidR="002076E4" w:rsidRDefault="007768B1">
            <w:pPr>
              <w:suppressAutoHyphens/>
            </w:pPr>
            <w:r>
              <w:t>[Vorname Nachname des Kunden]</w:t>
            </w:r>
            <w:r>
              <w:br/>
              <w:t>[Straße Nr.]</w:t>
            </w:r>
            <w:r>
              <w:br/>
              <w:t>[PLZ Ort]</w:t>
            </w:r>
          </w:p>
        </w:tc>
        <w:tc>
          <w:tcPr>
            <w:tcW w:w="42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F537D" w14:textId="77777777" w:rsidR="002076E4" w:rsidRDefault="007768B1">
            <w:pPr>
              <w:suppressAutoHyphens/>
            </w:pPr>
            <w:r>
              <w:t>Datum: [TT.MM.JJJJ]</w:t>
            </w:r>
            <w:r>
              <w:br/>
              <w:t>Kundennummer: [falls vorhanden]</w:t>
            </w:r>
            <w:r>
              <w:br/>
              <w:t>Ausführungsort: [falls abweichend]</w:t>
            </w:r>
            <w:r>
              <w:br/>
              <w:t>Ansprechpartner: [Name]</w:t>
            </w:r>
            <w:r>
              <w:br/>
              <w:t>Telefon: [Nummer]</w:t>
            </w:r>
            <w:r>
              <w:br/>
              <w:t>E-Mail: [Adresse]</w:t>
            </w:r>
          </w:p>
        </w:tc>
      </w:tr>
    </w:tbl>
    <w:p w14:paraId="1C53D4FF" w14:textId="77777777" w:rsidR="002076E4" w:rsidRDefault="002076E4">
      <w:pPr>
        <w:spacing w:after="0" w:line="360" w:lineRule="exact"/>
      </w:pPr>
    </w:p>
    <w:p w14:paraId="571F063D" w14:textId="77777777" w:rsidR="002076E4" w:rsidRDefault="007768B1">
      <w:r>
        <w:rPr>
          <w:b/>
        </w:rPr>
        <w:t>[Leistung] in [Ort oder Objekt]</w:t>
      </w:r>
    </w:p>
    <w:p w14:paraId="5C3F3690" w14:textId="77777777" w:rsidR="002076E4" w:rsidRDefault="007768B1">
      <w:r>
        <w:t>[Sehr geehrte Frau / Sehr geehrter Herr] [Nachname],</w:t>
      </w:r>
    </w:p>
    <w:p w14:paraId="001D1B71" w14:textId="77777777" w:rsidR="002076E4" w:rsidRDefault="007768B1">
      <w:r>
        <w:t>vielen Dank für das Gespräch am [Datum] bei Ihnen vor Ort. Wie besprochen bieten wir Ihnen die folgenden Leistungen an. Besonders wichtig war Ihnen [Anliegen des Kunden, zum Beispiel ein fester Fertigstellungstermin]. Das haben wir in der Planung berücksichtigt.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24"/>
        <w:gridCol w:w="3628"/>
        <w:gridCol w:w="1020"/>
        <w:gridCol w:w="1134"/>
        <w:gridCol w:w="1474"/>
        <w:gridCol w:w="1191"/>
      </w:tblGrid>
      <w:tr w:rsidR="002076E4" w14:paraId="69C87DAF" w14:textId="77777777">
        <w:trPr>
          <w:cantSplit/>
          <w:tblHeader/>
        </w:trPr>
        <w:tc>
          <w:tcPr>
            <w:tcW w:w="624" w:type="dxa"/>
            <w:tcBorders>
              <w:top w:val="single" w:sz="8" w:space="0" w:color="000000"/>
              <w:bottom w:val="single" w:sz="6" w:space="0" w:color="000000"/>
            </w:tcBorders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77B26B74" w14:textId="77777777" w:rsidR="002076E4" w:rsidRDefault="007768B1">
            <w:pPr>
              <w:pStyle w:val="SunsideTabellenkopf"/>
            </w:pPr>
            <w:r>
              <w:t>Pos.</w:t>
            </w:r>
          </w:p>
        </w:tc>
        <w:tc>
          <w:tcPr>
            <w:tcW w:w="3628" w:type="dxa"/>
            <w:tcBorders>
              <w:top w:val="single" w:sz="8" w:space="0" w:color="000000"/>
              <w:bottom w:val="single" w:sz="6" w:space="0" w:color="000000"/>
            </w:tcBorders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12D14432" w14:textId="77777777" w:rsidR="002076E4" w:rsidRDefault="007768B1">
            <w:pPr>
              <w:pStyle w:val="SunsideTabellenkopf"/>
            </w:pPr>
            <w:r>
              <w:t>Leistung</w:t>
            </w:r>
          </w:p>
        </w:tc>
        <w:tc>
          <w:tcPr>
            <w:tcW w:w="1020" w:type="dxa"/>
            <w:tcBorders>
              <w:top w:val="single" w:sz="8" w:space="0" w:color="000000"/>
              <w:bottom w:val="single" w:sz="6" w:space="0" w:color="000000"/>
            </w:tcBorders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0131E80B" w14:textId="77777777" w:rsidR="002076E4" w:rsidRDefault="007768B1">
            <w:pPr>
              <w:pStyle w:val="SunsideTabellenkopf"/>
            </w:pPr>
            <w:r>
              <w:t>Menge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6" w:space="0" w:color="000000"/>
            </w:tcBorders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729F921C" w14:textId="77777777" w:rsidR="002076E4" w:rsidRDefault="007768B1">
            <w:pPr>
              <w:pStyle w:val="SunsideTabellenkopf"/>
            </w:pPr>
            <w:r>
              <w:t>Einheit</w:t>
            </w:r>
          </w:p>
        </w:tc>
        <w:tc>
          <w:tcPr>
            <w:tcW w:w="1474" w:type="dxa"/>
            <w:tcBorders>
              <w:top w:val="single" w:sz="8" w:space="0" w:color="000000"/>
              <w:bottom w:val="single" w:sz="6" w:space="0" w:color="000000"/>
            </w:tcBorders>
            <w:tcMar>
              <w:top w:w="100" w:type="dxa"/>
              <w:left w:w="170" w:type="dxa"/>
              <w:bottom w:w="100" w:type="dxa"/>
              <w:right w:w="0" w:type="dxa"/>
            </w:tcMar>
          </w:tcPr>
          <w:p w14:paraId="6EB52B24" w14:textId="77777777" w:rsidR="002076E4" w:rsidRDefault="007768B1">
            <w:pPr>
              <w:pStyle w:val="SunsideTabellenkopf"/>
              <w:jc w:val="right"/>
            </w:pPr>
            <w:r>
              <w:t>Einzelpreis €</w:t>
            </w:r>
          </w:p>
        </w:tc>
        <w:tc>
          <w:tcPr>
            <w:tcW w:w="1191" w:type="dxa"/>
            <w:tcBorders>
              <w:top w:val="single" w:sz="8" w:space="0" w:color="000000"/>
              <w:bottom w:val="single" w:sz="6" w:space="0" w:color="000000"/>
            </w:tcBorders>
            <w:tcMar>
              <w:top w:w="100" w:type="dxa"/>
              <w:left w:w="170" w:type="dxa"/>
              <w:bottom w:w="100" w:type="dxa"/>
              <w:right w:w="0" w:type="dxa"/>
            </w:tcMar>
          </w:tcPr>
          <w:p w14:paraId="3744E9C2" w14:textId="77777777" w:rsidR="002076E4" w:rsidRDefault="007768B1">
            <w:pPr>
              <w:pStyle w:val="SunsideTabellenkopf"/>
              <w:jc w:val="right"/>
            </w:pPr>
            <w:r>
              <w:t>Gesamt €</w:t>
            </w:r>
          </w:p>
        </w:tc>
      </w:tr>
      <w:tr w:rsidR="002076E4" w14:paraId="3BB11E33" w14:textId="77777777">
        <w:trPr>
          <w:cantSplit/>
        </w:trPr>
        <w:tc>
          <w:tcPr>
            <w:tcW w:w="624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4B8A83FB" w14:textId="77777777" w:rsidR="002076E4" w:rsidRDefault="007768B1">
            <w:pPr>
              <w:pStyle w:val="SunsideTabelle"/>
              <w:suppressAutoHyphens/>
            </w:pPr>
            <w:r>
              <w:t>1</w:t>
            </w:r>
          </w:p>
        </w:tc>
        <w:tc>
          <w:tcPr>
            <w:tcW w:w="3628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1BF6131F" w14:textId="77777777" w:rsidR="002076E4" w:rsidRDefault="007768B1">
            <w:pPr>
              <w:pStyle w:val="SunsideTabelle"/>
              <w:suppressAutoHyphens/>
            </w:pPr>
            <w:r>
              <w:t>Anfahrt und Baustelleneinrichtung</w:t>
            </w:r>
          </w:p>
        </w:tc>
        <w:tc>
          <w:tcPr>
            <w:tcW w:w="1020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4A48450F" w14:textId="77777777" w:rsidR="002076E4" w:rsidRDefault="007768B1">
            <w:pPr>
              <w:pStyle w:val="SunsideTabelle"/>
              <w:suppressAutoHyphens/>
            </w:pPr>
            <w:r>
              <w:t>1</w:t>
            </w:r>
          </w:p>
        </w:tc>
        <w:tc>
          <w:tcPr>
            <w:tcW w:w="1134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518E1E26" w14:textId="77777777" w:rsidR="002076E4" w:rsidRDefault="007768B1">
            <w:pPr>
              <w:pStyle w:val="SunsideTabelle"/>
              <w:suppressAutoHyphens/>
            </w:pPr>
            <w:r>
              <w:t>pauschal</w:t>
            </w:r>
          </w:p>
        </w:tc>
        <w:tc>
          <w:tcPr>
            <w:tcW w:w="1474" w:type="dxa"/>
            <w:tcMar>
              <w:top w:w="100" w:type="dxa"/>
              <w:left w:w="170" w:type="dxa"/>
              <w:bottom w:w="100" w:type="dxa"/>
              <w:right w:w="0" w:type="dxa"/>
            </w:tcMar>
          </w:tcPr>
          <w:p w14:paraId="54277F81" w14:textId="77777777" w:rsidR="002076E4" w:rsidRDefault="007768B1">
            <w:pPr>
              <w:pStyle w:val="SunsideTabelle"/>
              <w:suppressAutoHyphens/>
              <w:jc w:val="right"/>
            </w:pPr>
            <w:r>
              <w:t>[Betrag]</w:t>
            </w:r>
          </w:p>
        </w:tc>
        <w:tc>
          <w:tcPr>
            <w:tcW w:w="1191" w:type="dxa"/>
            <w:tcMar>
              <w:top w:w="100" w:type="dxa"/>
              <w:left w:w="170" w:type="dxa"/>
              <w:bottom w:w="100" w:type="dxa"/>
              <w:right w:w="0" w:type="dxa"/>
            </w:tcMar>
          </w:tcPr>
          <w:p w14:paraId="0A5360B1" w14:textId="77777777" w:rsidR="002076E4" w:rsidRDefault="007768B1">
            <w:pPr>
              <w:pStyle w:val="SunsideTabelle"/>
              <w:suppressAutoHyphens/>
              <w:jc w:val="right"/>
            </w:pPr>
            <w:r>
              <w:t>[Betrag]</w:t>
            </w:r>
          </w:p>
        </w:tc>
      </w:tr>
      <w:tr w:rsidR="002076E4" w14:paraId="78D4DE78" w14:textId="77777777">
        <w:trPr>
          <w:cantSplit/>
        </w:trPr>
        <w:tc>
          <w:tcPr>
            <w:tcW w:w="624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14E05156" w14:textId="77777777" w:rsidR="002076E4" w:rsidRDefault="007768B1">
            <w:pPr>
              <w:pStyle w:val="SunsideTabelle"/>
              <w:suppressAutoHyphens/>
            </w:pPr>
            <w:r>
              <w:t>2</w:t>
            </w:r>
          </w:p>
        </w:tc>
        <w:tc>
          <w:tcPr>
            <w:tcW w:w="3628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7C9D1CAA" w14:textId="77777777" w:rsidR="002076E4" w:rsidRDefault="007768B1">
            <w:pPr>
              <w:pStyle w:val="SunsideTabelle"/>
              <w:suppressAutoHyphens/>
            </w:pPr>
            <w:r>
              <w:t>[Arbeitsleistung, in Worten des Kunden beschrieben]</w:t>
            </w:r>
          </w:p>
        </w:tc>
        <w:tc>
          <w:tcPr>
            <w:tcW w:w="1020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3261B074" w14:textId="77777777" w:rsidR="002076E4" w:rsidRDefault="007768B1">
            <w:pPr>
              <w:pStyle w:val="SunsideTabelle"/>
              <w:suppressAutoHyphens/>
            </w:pPr>
            <w:r>
              <w:t>[Menge]</w:t>
            </w:r>
          </w:p>
        </w:tc>
        <w:tc>
          <w:tcPr>
            <w:tcW w:w="1134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68BB0E02" w14:textId="77777777" w:rsidR="002076E4" w:rsidRDefault="007768B1">
            <w:pPr>
              <w:pStyle w:val="SunsideTabelle"/>
              <w:suppressAutoHyphens/>
            </w:pPr>
            <w:r>
              <w:t>Std.</w:t>
            </w:r>
          </w:p>
        </w:tc>
        <w:tc>
          <w:tcPr>
            <w:tcW w:w="1474" w:type="dxa"/>
            <w:tcMar>
              <w:top w:w="100" w:type="dxa"/>
              <w:left w:w="170" w:type="dxa"/>
              <w:bottom w:w="100" w:type="dxa"/>
              <w:right w:w="0" w:type="dxa"/>
            </w:tcMar>
          </w:tcPr>
          <w:p w14:paraId="6B154195" w14:textId="77777777" w:rsidR="002076E4" w:rsidRDefault="007768B1">
            <w:pPr>
              <w:pStyle w:val="SunsideTabelle"/>
              <w:suppressAutoHyphens/>
              <w:jc w:val="right"/>
            </w:pPr>
            <w:r>
              <w:t>[Betrag]</w:t>
            </w:r>
          </w:p>
        </w:tc>
        <w:tc>
          <w:tcPr>
            <w:tcW w:w="1191" w:type="dxa"/>
            <w:tcMar>
              <w:top w:w="100" w:type="dxa"/>
              <w:left w:w="170" w:type="dxa"/>
              <w:bottom w:w="100" w:type="dxa"/>
              <w:right w:w="0" w:type="dxa"/>
            </w:tcMar>
          </w:tcPr>
          <w:p w14:paraId="2981EFAF" w14:textId="77777777" w:rsidR="002076E4" w:rsidRDefault="007768B1">
            <w:pPr>
              <w:pStyle w:val="SunsideTabelle"/>
              <w:suppressAutoHyphens/>
              <w:jc w:val="right"/>
            </w:pPr>
            <w:r>
              <w:t>[Betrag]</w:t>
            </w:r>
          </w:p>
        </w:tc>
      </w:tr>
      <w:tr w:rsidR="002076E4" w14:paraId="11043041" w14:textId="77777777">
        <w:trPr>
          <w:cantSplit/>
        </w:trPr>
        <w:tc>
          <w:tcPr>
            <w:tcW w:w="624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19678FE4" w14:textId="77777777" w:rsidR="002076E4" w:rsidRDefault="007768B1">
            <w:pPr>
              <w:pStyle w:val="SunsideTabelle"/>
              <w:suppressAutoHyphens/>
            </w:pPr>
            <w:r>
              <w:t>3</w:t>
            </w:r>
          </w:p>
        </w:tc>
        <w:tc>
          <w:tcPr>
            <w:tcW w:w="3628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3507DFB1" w14:textId="77777777" w:rsidR="002076E4" w:rsidRDefault="007768B1">
            <w:pPr>
              <w:pStyle w:val="SunsideTabelle"/>
              <w:suppressAutoHyphens/>
            </w:pPr>
            <w:r>
              <w:t>[Arbeitsleistung]</w:t>
            </w:r>
          </w:p>
        </w:tc>
        <w:tc>
          <w:tcPr>
            <w:tcW w:w="1020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0A1D562E" w14:textId="77777777" w:rsidR="002076E4" w:rsidRDefault="007768B1">
            <w:pPr>
              <w:pStyle w:val="SunsideTabelle"/>
              <w:suppressAutoHyphens/>
            </w:pPr>
            <w:r>
              <w:t>[Menge]</w:t>
            </w:r>
          </w:p>
        </w:tc>
        <w:tc>
          <w:tcPr>
            <w:tcW w:w="1134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227FE420" w14:textId="77777777" w:rsidR="002076E4" w:rsidRDefault="007768B1">
            <w:pPr>
              <w:pStyle w:val="SunsideTabelle"/>
              <w:suppressAutoHyphens/>
            </w:pPr>
            <w:r>
              <w:t>[m² oder Stück]</w:t>
            </w:r>
          </w:p>
        </w:tc>
        <w:tc>
          <w:tcPr>
            <w:tcW w:w="1474" w:type="dxa"/>
            <w:tcMar>
              <w:top w:w="100" w:type="dxa"/>
              <w:left w:w="170" w:type="dxa"/>
              <w:bottom w:w="100" w:type="dxa"/>
              <w:right w:w="0" w:type="dxa"/>
            </w:tcMar>
          </w:tcPr>
          <w:p w14:paraId="1F5F690F" w14:textId="77777777" w:rsidR="002076E4" w:rsidRDefault="007768B1">
            <w:pPr>
              <w:pStyle w:val="SunsideTabelle"/>
              <w:suppressAutoHyphens/>
              <w:jc w:val="right"/>
            </w:pPr>
            <w:r>
              <w:t>[Betrag]</w:t>
            </w:r>
          </w:p>
        </w:tc>
        <w:tc>
          <w:tcPr>
            <w:tcW w:w="1191" w:type="dxa"/>
            <w:tcMar>
              <w:top w:w="100" w:type="dxa"/>
              <w:left w:w="170" w:type="dxa"/>
              <w:bottom w:w="100" w:type="dxa"/>
              <w:right w:w="0" w:type="dxa"/>
            </w:tcMar>
          </w:tcPr>
          <w:p w14:paraId="2A4E183A" w14:textId="77777777" w:rsidR="002076E4" w:rsidRDefault="007768B1">
            <w:pPr>
              <w:pStyle w:val="SunsideTabelle"/>
              <w:suppressAutoHyphens/>
              <w:jc w:val="right"/>
            </w:pPr>
            <w:r>
              <w:t>[Betrag]</w:t>
            </w:r>
          </w:p>
        </w:tc>
      </w:tr>
      <w:tr w:rsidR="002076E4" w14:paraId="53333F9C" w14:textId="77777777">
        <w:trPr>
          <w:cantSplit/>
        </w:trPr>
        <w:tc>
          <w:tcPr>
            <w:tcW w:w="624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68BBF684" w14:textId="77777777" w:rsidR="002076E4" w:rsidRDefault="007768B1">
            <w:pPr>
              <w:pStyle w:val="SunsideTabelle"/>
              <w:suppressAutoHyphens/>
            </w:pPr>
            <w:r>
              <w:t>4</w:t>
            </w:r>
          </w:p>
        </w:tc>
        <w:tc>
          <w:tcPr>
            <w:tcW w:w="3628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0DED1C0B" w14:textId="77777777" w:rsidR="002076E4" w:rsidRDefault="007768B1">
            <w:pPr>
              <w:pStyle w:val="SunsideTabelle"/>
              <w:suppressAutoHyphens/>
            </w:pPr>
            <w:r>
              <w:t>Material: [Bezeichnung, Hersteller, Farbe]</w:t>
            </w:r>
          </w:p>
        </w:tc>
        <w:tc>
          <w:tcPr>
            <w:tcW w:w="1020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5C598FA9" w14:textId="77777777" w:rsidR="002076E4" w:rsidRDefault="007768B1">
            <w:pPr>
              <w:pStyle w:val="SunsideTabelle"/>
              <w:suppressAutoHyphens/>
            </w:pPr>
            <w:r>
              <w:t>[Menge]</w:t>
            </w:r>
          </w:p>
        </w:tc>
        <w:tc>
          <w:tcPr>
            <w:tcW w:w="1134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72E9330A" w14:textId="77777777" w:rsidR="002076E4" w:rsidRDefault="007768B1">
            <w:pPr>
              <w:pStyle w:val="SunsideTabelle"/>
              <w:suppressAutoHyphens/>
            </w:pPr>
            <w:r>
              <w:t>[Einheit]</w:t>
            </w:r>
          </w:p>
        </w:tc>
        <w:tc>
          <w:tcPr>
            <w:tcW w:w="1474" w:type="dxa"/>
            <w:tcMar>
              <w:top w:w="100" w:type="dxa"/>
              <w:left w:w="170" w:type="dxa"/>
              <w:bottom w:w="100" w:type="dxa"/>
              <w:right w:w="0" w:type="dxa"/>
            </w:tcMar>
          </w:tcPr>
          <w:p w14:paraId="7757EF01" w14:textId="77777777" w:rsidR="002076E4" w:rsidRDefault="007768B1">
            <w:pPr>
              <w:pStyle w:val="SunsideTabelle"/>
              <w:suppressAutoHyphens/>
              <w:jc w:val="right"/>
            </w:pPr>
            <w:r>
              <w:t>[Betrag]</w:t>
            </w:r>
          </w:p>
        </w:tc>
        <w:tc>
          <w:tcPr>
            <w:tcW w:w="1191" w:type="dxa"/>
            <w:tcMar>
              <w:top w:w="100" w:type="dxa"/>
              <w:left w:w="170" w:type="dxa"/>
              <w:bottom w:w="100" w:type="dxa"/>
              <w:right w:w="0" w:type="dxa"/>
            </w:tcMar>
          </w:tcPr>
          <w:p w14:paraId="0378FA9E" w14:textId="77777777" w:rsidR="002076E4" w:rsidRDefault="007768B1">
            <w:pPr>
              <w:pStyle w:val="SunsideTabelle"/>
              <w:suppressAutoHyphens/>
              <w:jc w:val="right"/>
            </w:pPr>
            <w:r>
              <w:t>[Betrag]</w:t>
            </w:r>
          </w:p>
        </w:tc>
      </w:tr>
      <w:tr w:rsidR="002076E4" w14:paraId="28E02614" w14:textId="77777777">
        <w:trPr>
          <w:cantSplit/>
        </w:trPr>
        <w:tc>
          <w:tcPr>
            <w:tcW w:w="624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701C370F" w14:textId="77777777" w:rsidR="002076E4" w:rsidRDefault="007768B1">
            <w:pPr>
              <w:pStyle w:val="SunsideTabelle"/>
              <w:suppressAutoHyphens/>
            </w:pPr>
            <w:r>
              <w:t>5</w:t>
            </w:r>
          </w:p>
        </w:tc>
        <w:tc>
          <w:tcPr>
            <w:tcW w:w="3628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0579302A" w14:textId="77777777" w:rsidR="002076E4" w:rsidRDefault="007768B1">
            <w:pPr>
              <w:pStyle w:val="SunsideTabelle"/>
              <w:suppressAutoHyphens/>
            </w:pPr>
            <w:r>
              <w:t>Entsorgung: [Art des Abfalls]</w:t>
            </w:r>
          </w:p>
        </w:tc>
        <w:tc>
          <w:tcPr>
            <w:tcW w:w="1020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15397C86" w14:textId="77777777" w:rsidR="002076E4" w:rsidRDefault="007768B1">
            <w:pPr>
              <w:pStyle w:val="SunsideTabelle"/>
              <w:suppressAutoHyphens/>
            </w:pPr>
            <w:r>
              <w:t>1</w:t>
            </w:r>
          </w:p>
        </w:tc>
        <w:tc>
          <w:tcPr>
            <w:tcW w:w="1134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596ADC2C" w14:textId="77777777" w:rsidR="002076E4" w:rsidRDefault="007768B1">
            <w:pPr>
              <w:pStyle w:val="SunsideTabelle"/>
              <w:suppressAutoHyphens/>
            </w:pPr>
            <w:r>
              <w:t>pauschal</w:t>
            </w:r>
          </w:p>
        </w:tc>
        <w:tc>
          <w:tcPr>
            <w:tcW w:w="1474" w:type="dxa"/>
            <w:tcMar>
              <w:top w:w="100" w:type="dxa"/>
              <w:left w:w="170" w:type="dxa"/>
              <w:bottom w:w="100" w:type="dxa"/>
              <w:right w:w="0" w:type="dxa"/>
            </w:tcMar>
          </w:tcPr>
          <w:p w14:paraId="738D665D" w14:textId="77777777" w:rsidR="002076E4" w:rsidRDefault="007768B1">
            <w:pPr>
              <w:pStyle w:val="SunsideTabelle"/>
              <w:suppressAutoHyphens/>
              <w:jc w:val="right"/>
            </w:pPr>
            <w:r>
              <w:t>[Betrag]</w:t>
            </w:r>
          </w:p>
        </w:tc>
        <w:tc>
          <w:tcPr>
            <w:tcW w:w="1191" w:type="dxa"/>
            <w:tcMar>
              <w:top w:w="100" w:type="dxa"/>
              <w:left w:w="170" w:type="dxa"/>
              <w:bottom w:w="100" w:type="dxa"/>
              <w:right w:w="0" w:type="dxa"/>
            </w:tcMar>
          </w:tcPr>
          <w:p w14:paraId="129CEA96" w14:textId="77777777" w:rsidR="002076E4" w:rsidRDefault="007768B1">
            <w:pPr>
              <w:pStyle w:val="SunsideTabelle"/>
              <w:suppressAutoHyphens/>
              <w:jc w:val="right"/>
            </w:pPr>
            <w:r>
              <w:t>[Betrag]</w:t>
            </w:r>
          </w:p>
        </w:tc>
      </w:tr>
      <w:tr w:rsidR="002076E4" w14:paraId="02B93377" w14:textId="77777777">
        <w:trPr>
          <w:cantSplit/>
        </w:trPr>
        <w:tc>
          <w:tcPr>
            <w:tcW w:w="624" w:type="dxa"/>
            <w:tcBorders>
              <w:top w:val="single" w:sz="6" w:space="0" w:color="000000"/>
            </w:tcBorders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3A219FD6" w14:textId="77777777" w:rsidR="002076E4" w:rsidRDefault="002076E4">
            <w:pPr>
              <w:pStyle w:val="SunsideTabelle"/>
              <w:suppressAutoHyphens/>
            </w:pPr>
          </w:p>
        </w:tc>
        <w:tc>
          <w:tcPr>
            <w:tcW w:w="7256" w:type="dxa"/>
            <w:gridSpan w:val="4"/>
            <w:tcBorders>
              <w:top w:val="single" w:sz="6" w:space="0" w:color="000000"/>
            </w:tcBorders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36FDB507" w14:textId="77777777" w:rsidR="002076E4" w:rsidRDefault="007768B1">
            <w:pPr>
              <w:pStyle w:val="SunsideTabelle"/>
              <w:suppressAutoHyphens/>
            </w:pPr>
            <w:r>
              <w:t>Summe netto</w:t>
            </w:r>
          </w:p>
        </w:tc>
        <w:tc>
          <w:tcPr>
            <w:tcW w:w="1191" w:type="dxa"/>
            <w:tcBorders>
              <w:top w:val="single" w:sz="6" w:space="0" w:color="000000"/>
            </w:tcBorders>
            <w:tcMar>
              <w:top w:w="100" w:type="dxa"/>
              <w:left w:w="170" w:type="dxa"/>
              <w:bottom w:w="100" w:type="dxa"/>
              <w:right w:w="0" w:type="dxa"/>
            </w:tcMar>
          </w:tcPr>
          <w:p w14:paraId="3E1690AE" w14:textId="77777777" w:rsidR="002076E4" w:rsidRDefault="007768B1">
            <w:pPr>
              <w:pStyle w:val="SunsideTabelle"/>
              <w:suppressAutoHyphens/>
              <w:jc w:val="right"/>
            </w:pPr>
            <w:r>
              <w:t>[Betrag]</w:t>
            </w:r>
          </w:p>
        </w:tc>
      </w:tr>
      <w:tr w:rsidR="002076E4" w14:paraId="74462A60" w14:textId="77777777">
        <w:trPr>
          <w:cantSplit/>
        </w:trPr>
        <w:tc>
          <w:tcPr>
            <w:tcW w:w="624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15F7FDF3" w14:textId="77777777" w:rsidR="002076E4" w:rsidRDefault="002076E4">
            <w:pPr>
              <w:pStyle w:val="SunsideTabelle"/>
              <w:suppressAutoHyphens/>
            </w:pPr>
          </w:p>
        </w:tc>
        <w:tc>
          <w:tcPr>
            <w:tcW w:w="7256" w:type="dxa"/>
            <w:gridSpan w:val="4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65D62314" w14:textId="77777777" w:rsidR="002076E4" w:rsidRDefault="007768B1">
            <w:pPr>
              <w:pStyle w:val="SunsideTabelle"/>
              <w:suppressAutoHyphens/>
            </w:pPr>
            <w:r>
              <w:t>zuzüglich 19 % Umsatzsteuer</w:t>
            </w:r>
          </w:p>
        </w:tc>
        <w:tc>
          <w:tcPr>
            <w:tcW w:w="1191" w:type="dxa"/>
            <w:tcMar>
              <w:top w:w="100" w:type="dxa"/>
              <w:left w:w="170" w:type="dxa"/>
              <w:bottom w:w="100" w:type="dxa"/>
              <w:right w:w="0" w:type="dxa"/>
            </w:tcMar>
          </w:tcPr>
          <w:p w14:paraId="630C91E7" w14:textId="77777777" w:rsidR="002076E4" w:rsidRDefault="007768B1">
            <w:pPr>
              <w:pStyle w:val="SunsideTabelle"/>
              <w:suppressAutoHyphens/>
              <w:jc w:val="right"/>
            </w:pPr>
            <w:r>
              <w:t>[Betrag]</w:t>
            </w:r>
          </w:p>
        </w:tc>
      </w:tr>
      <w:tr w:rsidR="002076E4" w14:paraId="4F07E1A5" w14:textId="77777777">
        <w:trPr>
          <w:cantSplit/>
        </w:trPr>
        <w:tc>
          <w:tcPr>
            <w:tcW w:w="624" w:type="dxa"/>
            <w:tcBorders>
              <w:top w:val="single" w:sz="6" w:space="0" w:color="000000"/>
            </w:tcBorders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42D48E73" w14:textId="77777777" w:rsidR="002076E4" w:rsidRDefault="002076E4">
            <w:pPr>
              <w:pStyle w:val="SunsideTabelle"/>
              <w:suppressAutoHyphens/>
            </w:pPr>
          </w:p>
        </w:tc>
        <w:tc>
          <w:tcPr>
            <w:tcW w:w="7256" w:type="dxa"/>
            <w:gridSpan w:val="4"/>
            <w:tcBorders>
              <w:top w:val="single" w:sz="6" w:space="0" w:color="000000"/>
            </w:tcBorders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6F69A911" w14:textId="77777777" w:rsidR="002076E4" w:rsidRDefault="007768B1">
            <w:pPr>
              <w:pStyle w:val="SunsideTabelle"/>
              <w:suppressAutoHyphens/>
            </w:pPr>
            <w:r>
              <w:rPr>
                <w:b/>
              </w:rPr>
              <w:t>Gesamtbetrag</w:t>
            </w:r>
          </w:p>
        </w:tc>
        <w:tc>
          <w:tcPr>
            <w:tcW w:w="1191" w:type="dxa"/>
            <w:tcBorders>
              <w:top w:val="single" w:sz="6" w:space="0" w:color="000000"/>
            </w:tcBorders>
            <w:tcMar>
              <w:top w:w="100" w:type="dxa"/>
              <w:left w:w="170" w:type="dxa"/>
              <w:bottom w:w="100" w:type="dxa"/>
              <w:right w:w="0" w:type="dxa"/>
            </w:tcMar>
          </w:tcPr>
          <w:p w14:paraId="4387E278" w14:textId="77777777" w:rsidR="002076E4" w:rsidRDefault="007768B1">
            <w:pPr>
              <w:pStyle w:val="SunsideTabelle"/>
              <w:suppressAutoHyphens/>
              <w:jc w:val="right"/>
            </w:pPr>
            <w:r>
              <w:rPr>
                <w:b/>
              </w:rPr>
              <w:t>[Betrag]</w:t>
            </w:r>
          </w:p>
        </w:tc>
      </w:tr>
      <w:tr w:rsidR="002076E4" w14:paraId="20EC854C" w14:textId="77777777">
        <w:trPr>
          <w:cantSplit/>
        </w:trPr>
        <w:tc>
          <w:tcPr>
            <w:tcW w:w="624" w:type="dxa"/>
            <w:tcBorders>
              <w:bottom w:val="single" w:sz="8" w:space="0" w:color="000000"/>
            </w:tcBorders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7C685ECA" w14:textId="77777777" w:rsidR="002076E4" w:rsidRDefault="002076E4">
            <w:pPr>
              <w:pStyle w:val="SunsideTabelle"/>
              <w:suppressAutoHyphens/>
            </w:pPr>
          </w:p>
        </w:tc>
        <w:tc>
          <w:tcPr>
            <w:tcW w:w="7256" w:type="dxa"/>
            <w:gridSpan w:val="4"/>
            <w:tcBorders>
              <w:bottom w:val="single" w:sz="8" w:space="0" w:color="000000"/>
            </w:tcBorders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4B096225" w14:textId="77777777" w:rsidR="002076E4" w:rsidRDefault="007768B1">
            <w:pPr>
              <w:pStyle w:val="SunsideTabelle"/>
              <w:suppressAutoHyphens/>
            </w:pPr>
            <w:r>
              <w:t>davon Arbeitskosten inklusive Umsatzsteuer (Pos. [Nummern])</w:t>
            </w:r>
          </w:p>
        </w:tc>
        <w:tc>
          <w:tcPr>
            <w:tcW w:w="1191" w:type="dxa"/>
            <w:tcBorders>
              <w:bottom w:val="single" w:sz="8" w:space="0" w:color="000000"/>
            </w:tcBorders>
            <w:tcMar>
              <w:top w:w="100" w:type="dxa"/>
              <w:left w:w="170" w:type="dxa"/>
              <w:bottom w:w="100" w:type="dxa"/>
              <w:right w:w="0" w:type="dxa"/>
            </w:tcMar>
          </w:tcPr>
          <w:p w14:paraId="4206FB89" w14:textId="77777777" w:rsidR="002076E4" w:rsidRDefault="007768B1">
            <w:pPr>
              <w:pStyle w:val="SunsideTabelle"/>
              <w:suppressAutoHyphens/>
              <w:jc w:val="right"/>
            </w:pPr>
            <w:r>
              <w:t>[Betrag]</w:t>
            </w:r>
          </w:p>
        </w:tc>
      </w:tr>
    </w:tbl>
    <w:p w14:paraId="2CC275E0" w14:textId="77777777" w:rsidR="002076E4" w:rsidRDefault="002076E4">
      <w:pPr>
        <w:spacing w:after="0" w:line="120" w:lineRule="exact"/>
      </w:pPr>
    </w:p>
    <w:p w14:paraId="3B30CDDE" w14:textId="77777777" w:rsidR="002076E4" w:rsidRDefault="007768B1">
      <w:r>
        <w:t>[Nur für Kleinunternehmer: Zeile „zuzüglich 19 % Umsatzsteuer“ streichen und hier schreiben: „Als Kleinunternehmer nach § 19 Abs. 1 UStG weisen wir keine Umsatzsteuer aus.“ Alle anderen löschen diesen Absatz.]</w:t>
      </w:r>
    </w:p>
    <w:p w14:paraId="5A56A007" w14:textId="77777777" w:rsidR="002076E4" w:rsidRDefault="007768B1">
      <w:pPr>
        <w:pStyle w:val="SunsideZwischentitel"/>
      </w:pPr>
      <w:r>
        <w:lastRenderedPageBreak/>
        <w:t>Bedingungen</w:t>
      </w:r>
    </w:p>
    <w:p w14:paraId="48461957" w14:textId="77777777" w:rsidR="002076E4" w:rsidRDefault="007768B1">
      <w:pPr>
        <w:pStyle w:val="SunsideAufzaehlung"/>
        <w:keepNext/>
      </w:pPr>
      <w:r>
        <w:t>•</w:t>
      </w:r>
      <w:r>
        <w:tab/>
      </w:r>
      <w:r>
        <w:t>Ausführung: voraussichtlich [Kalenderwoche] bis [Kalenderwoche] [Jahr], Dauer etwa [Anzahl] Arbeitstage.</w:t>
      </w:r>
    </w:p>
    <w:p w14:paraId="4446EE8E" w14:textId="77777777" w:rsidR="002076E4" w:rsidRDefault="007768B1">
      <w:pPr>
        <w:pStyle w:val="SunsideAufzaehlung"/>
        <w:keepNext/>
      </w:pPr>
      <w:r>
        <w:t>•</w:t>
      </w:r>
      <w:r>
        <w:tab/>
      </w:r>
      <w:r>
        <w:t>Nicht enthalten: [zum Beispiel Elektroarbeiten, Malerarbeiten].</w:t>
      </w:r>
    </w:p>
    <w:p w14:paraId="703A9028" w14:textId="77777777" w:rsidR="002076E4" w:rsidRDefault="007768B1">
      <w:pPr>
        <w:pStyle w:val="SunsideAufzaehlung"/>
        <w:keepNext/>
      </w:pPr>
      <w:r>
        <w:t>•</w:t>
      </w:r>
      <w:r>
        <w:tab/>
      </w:r>
      <w:r>
        <w:t>Zahlung: innerhalb von [14] Tagen nach Erhalt der Rechnung ohne Abzug. [Optional: 2 % Skonto bei Zahlung bis zum [Datum].]</w:t>
      </w:r>
    </w:p>
    <w:p w14:paraId="11B92ED1" w14:textId="77777777" w:rsidR="002076E4" w:rsidRDefault="007768B1">
      <w:pPr>
        <w:pStyle w:val="SunsideAufzaehlung"/>
        <w:keepNext/>
      </w:pPr>
      <w:r>
        <w:t>•</w:t>
      </w:r>
      <w:r>
        <w:tab/>
      </w:r>
      <w:r>
        <w:t>[Optional: Abschlagszahlungen für die jeweils schon erbrachten Leistungen.]</w:t>
      </w:r>
    </w:p>
    <w:p w14:paraId="0845CB24" w14:textId="77777777" w:rsidR="002076E4" w:rsidRDefault="007768B1">
      <w:pPr>
        <w:pStyle w:val="SunsideAufzaehlung"/>
        <w:keepNext/>
      </w:pPr>
      <w:r>
        <w:t>•</w:t>
      </w:r>
      <w:r>
        <w:tab/>
      </w:r>
      <w:r>
        <w:t>[Optional, bei Einheitspreisen: Abgerechnet wird nach den tatsächlich ausgeführten Mengen laut Aufmaß.]</w:t>
      </w:r>
    </w:p>
    <w:p w14:paraId="788ED4EE" w14:textId="77777777" w:rsidR="002076E4" w:rsidRDefault="007768B1">
      <w:pPr>
        <w:pStyle w:val="SunsideAufzaehlung"/>
        <w:keepNext/>
      </w:pPr>
      <w:r>
        <w:t>•</w:t>
      </w:r>
      <w:r>
        <w:tab/>
      </w:r>
      <w:r>
        <w:t>Steuerhinweis: 20 % der oben ausgewiesenen Arbeitskosten können Sie in der Regel direkt von Ihrer Einkommensteuer abziehen, zusammen mit anderen Handwerkerleistungen höchstens 1.200 € im Jahr (§ 35a EStG). Das gilt für Renovierung, Erhaltung und Modernisierung in Ihrem Haushalt. Voraussetzung sind eine Rechnung und eine Überweisung auf unser Konto.</w:t>
      </w:r>
    </w:p>
    <w:p w14:paraId="1A8B98C9" w14:textId="77777777" w:rsidR="002076E4" w:rsidRDefault="007768B1">
      <w:pPr>
        <w:pStyle w:val="SunsideAufzaehlung"/>
        <w:keepNext/>
      </w:pPr>
      <w:r>
        <w:t>•</w:t>
      </w:r>
      <w:r>
        <w:tab/>
      </w:r>
      <w:r>
        <w:t>Dieses Angebot gilt bis zum [Datum].</w:t>
      </w:r>
    </w:p>
    <w:p w14:paraId="78712744" w14:textId="77777777" w:rsidR="002076E4" w:rsidRDefault="007768B1">
      <w:pPr>
        <w:pStyle w:val="SunsideAufzaehlung"/>
        <w:keepNext/>
        <w:spacing w:after="120"/>
      </w:pPr>
      <w:r>
        <w:t>•</w:t>
      </w:r>
      <w:r>
        <w:tab/>
      </w:r>
      <w:r>
        <w:t>[Falls Sie AGB verwenden:] Es gelten unsere Allgemeinen Geschäftsbedingungen, die diesem Angebot beiliegen.</w:t>
      </w:r>
    </w:p>
    <w:p w14:paraId="27FC4A26" w14:textId="77777777" w:rsidR="002076E4" w:rsidRDefault="007768B1">
      <w:r>
        <w:t>Bei Fragen rufen Sie mich gern an. Wir freuen uns auf Ihren Auftrag.</w:t>
      </w:r>
    </w:p>
    <w:p w14:paraId="14B5639B" w14:textId="77777777" w:rsidR="002076E4" w:rsidRDefault="007768B1">
      <w:r>
        <w:t>Mit freundlichen Grüßen</w:t>
      </w:r>
      <w:r>
        <w:br/>
      </w:r>
      <w:r>
        <w:br/>
      </w:r>
      <w:r>
        <w:br/>
        <w:t>[Vorname Nachname]</w:t>
      </w:r>
      <w:r>
        <w:br/>
        <w:t>[Funktion]</w:t>
      </w:r>
    </w:p>
    <w:p w14:paraId="0DBAF5F2" w14:textId="77777777" w:rsidR="002076E4" w:rsidRDefault="007768B1">
      <w:r>
        <w:t>Anlagen: [Allgemeine Geschäftsbedingungen, Widerrufsbelehrung, Muster-Widerrufsformular, Belehrung zum Verbraucherbauvertrag; Nichtzutreffendes streichen]</w:t>
      </w:r>
    </w:p>
    <w:p w14:paraId="587A0713" w14:textId="77777777" w:rsidR="002076E4" w:rsidRDefault="007768B1">
      <w:r>
        <w:t>[Hinweis zum Ausfüllen, danach löschen: Widerrufsbelehrung und Widerrufsformular legen Sie bei, wenn der Vertrag mit einem Privatkunden bei ihm zu Hause zustande kommt oder nur per Telefon, E-Mail oder Post (Anlage 1 und 2 zu Art. 246a EGBGB). Die Belehrung nach Art. 249 § 3 EGBGB kommt dazu, wenn Sie für einen Privatkunden ein ganzes Haus neu bauen oder es erheblich umbauen (Verbraucherbauvertrag). Ohne Anlagen löschen Sie die ganze Zeile.]</w:t>
      </w:r>
    </w:p>
    <w:p w14:paraId="5C6E4CA7" w14:textId="77777777" w:rsidR="002076E4" w:rsidRDefault="002076E4">
      <w:pPr>
        <w:spacing w:after="0" w:line="360" w:lineRule="exact"/>
      </w:pPr>
    </w:p>
    <w:p w14:paraId="0E7F79F6" w14:textId="77777777" w:rsidR="002076E4" w:rsidRDefault="007768B1">
      <w:pPr>
        <w:pStyle w:val="SunsideZwischentitel"/>
      </w:pPr>
      <w:r>
        <w:t>Auftragserteilung</w:t>
      </w:r>
    </w:p>
    <w:p w14:paraId="4B769D4C" w14:textId="77777777" w:rsidR="002076E4" w:rsidRDefault="007768B1">
      <w:r>
        <w:t>Hiermit beauftrage ich die Leistungen aus dem Angebot Nr. [Nummer] vom [Datum] zum Gesamtbetrag von [Betrag] €.</w:t>
      </w:r>
    </w:p>
    <w:p w14:paraId="207D38AA" w14:textId="77777777" w:rsidR="002076E4" w:rsidRDefault="002076E4">
      <w:pPr>
        <w:keepNext/>
        <w:spacing w:after="0" w:line="36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2"/>
        <w:gridCol w:w="567"/>
        <w:gridCol w:w="4252"/>
      </w:tblGrid>
      <w:tr w:rsidR="002076E4" w14:paraId="1A3B2B90" w14:textId="77777777">
        <w:tc>
          <w:tcPr>
            <w:tcW w:w="42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3933E" w14:textId="77777777" w:rsidR="002076E4" w:rsidRDefault="002076E4">
            <w:pPr>
              <w:pStyle w:val="SunsideTabelle"/>
              <w:suppressAutoHyphens/>
              <w:spacing w:before="680"/>
            </w:pP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4A848" w14:textId="77777777" w:rsidR="002076E4" w:rsidRDefault="002076E4">
            <w:pPr>
              <w:suppressAutoHyphens/>
            </w:pPr>
          </w:p>
        </w:tc>
        <w:tc>
          <w:tcPr>
            <w:tcW w:w="42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8CE9C" w14:textId="77777777" w:rsidR="002076E4" w:rsidRDefault="002076E4">
            <w:pPr>
              <w:pStyle w:val="SunsideTabelle"/>
              <w:suppressAutoHyphens/>
              <w:spacing w:before="680"/>
            </w:pPr>
          </w:p>
        </w:tc>
      </w:tr>
      <w:tr w:rsidR="002076E4" w14:paraId="40E132EE" w14:textId="77777777">
        <w:tc>
          <w:tcPr>
            <w:tcW w:w="4252" w:type="dxa"/>
            <w:tcBorders>
              <w:top w:val="single" w:sz="4" w:space="0" w:color="000000"/>
            </w:tcBorders>
            <w:tcMar>
              <w:top w:w="80" w:type="dxa"/>
              <w:left w:w="0" w:type="dxa"/>
              <w:bottom w:w="0" w:type="dxa"/>
              <w:right w:w="0" w:type="dxa"/>
            </w:tcMar>
          </w:tcPr>
          <w:p w14:paraId="6B02F493" w14:textId="77777777" w:rsidR="002076E4" w:rsidRDefault="007768B1">
            <w:pPr>
              <w:pStyle w:val="SunsideTabelle"/>
              <w:suppressAutoHyphens/>
            </w:pPr>
            <w:r>
              <w:t>Ort, Datum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D8D42" w14:textId="77777777" w:rsidR="002076E4" w:rsidRDefault="002076E4">
            <w:pPr>
              <w:suppressAutoHyphens/>
            </w:pPr>
          </w:p>
        </w:tc>
        <w:tc>
          <w:tcPr>
            <w:tcW w:w="4252" w:type="dxa"/>
            <w:tcBorders>
              <w:top w:val="single" w:sz="4" w:space="0" w:color="000000"/>
            </w:tcBorders>
            <w:tcMar>
              <w:top w:w="80" w:type="dxa"/>
              <w:left w:w="0" w:type="dxa"/>
              <w:bottom w:w="0" w:type="dxa"/>
              <w:right w:w="0" w:type="dxa"/>
            </w:tcMar>
          </w:tcPr>
          <w:p w14:paraId="64D0FF5B" w14:textId="77777777" w:rsidR="002076E4" w:rsidRDefault="007768B1">
            <w:pPr>
              <w:pStyle w:val="SunsideTabelle"/>
              <w:suppressAutoHyphens/>
            </w:pPr>
            <w:r>
              <w:rPr>
                <w:b/>
              </w:rPr>
              <w:t>[Vorname Nachname]</w:t>
            </w:r>
            <w:r>
              <w:rPr>
                <w:b/>
              </w:rPr>
              <w:br/>
            </w:r>
            <w:r>
              <w:t>Unterschrift Auftraggeber</w:t>
            </w:r>
          </w:p>
        </w:tc>
      </w:tr>
    </w:tbl>
    <w:p w14:paraId="1A6BAB61" w14:textId="77777777" w:rsidR="002076E4" w:rsidRDefault="002076E4">
      <w:pPr>
        <w:spacing w:after="0" w:line="120" w:lineRule="exact"/>
      </w:pPr>
    </w:p>
    <w:sectPr w:rsidR="002076E4" w:rsidSect="00034616">
      <w:headerReference w:type="default" r:id="rId8"/>
      <w:footerReference w:type="default" r:id="rId9"/>
      <w:pgSz w:w="11906" w:h="16838"/>
      <w:pgMar w:top="1417" w:right="1417" w:bottom="1276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173DDB" w14:textId="77777777" w:rsidR="007768B1" w:rsidRDefault="007768B1">
      <w:pPr>
        <w:spacing w:after="0"/>
      </w:pPr>
      <w:r>
        <w:separator/>
      </w:r>
    </w:p>
  </w:endnote>
  <w:endnote w:type="continuationSeparator" w:id="0">
    <w:p w14:paraId="2C6640DF" w14:textId="77777777" w:rsidR="007768B1" w:rsidRDefault="007768B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AF9417" w14:textId="77777777" w:rsidR="002076E4" w:rsidRDefault="007768B1">
    <w:pPr>
      <w:pStyle w:val="Fuzeile"/>
    </w:pPr>
    <w:r>
      <w:tab/>
      <w:t xml:space="preserve">Seite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 xml:space="preserve"> von </w:t>
    </w:r>
    <w:r>
      <w:fldChar w:fldCharType="begin"/>
    </w:r>
    <w:r>
      <w:instrText>NUMPAGES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BCB6BA1" w14:textId="77777777" w:rsidR="007768B1" w:rsidRDefault="007768B1">
      <w:pPr>
        <w:spacing w:after="0"/>
      </w:pPr>
      <w:r>
        <w:separator/>
      </w:r>
    </w:p>
  </w:footnote>
  <w:footnote w:type="continuationSeparator" w:id="0">
    <w:p w14:paraId="58C7CF4B" w14:textId="77777777" w:rsidR="007768B1" w:rsidRDefault="007768B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26502D" w14:textId="77777777" w:rsidR="002076E4" w:rsidRDefault="002076E4">
    <w:pPr>
      <w:pStyle w:val="Kopfzeile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DC32B01"/>
    <w:multiLevelType w:val="multilevel"/>
    <w:tmpl w:val="E358645A"/>
    <w:lvl w:ilvl="0">
      <w:start w:val="1"/>
      <w:numFmt w:val="decimal"/>
      <w:pStyle w:val="berschrift1"/>
      <w:suff w:val="space"/>
      <w:lvlText w:val="%1."/>
      <w:lvlJc w:val="left"/>
      <w:pPr>
        <w:ind w:left="0" w:firstLine="0"/>
      </w:pPr>
    </w:lvl>
    <w:lvl w:ilvl="1">
      <w:start w:val="1"/>
      <w:numFmt w:val="decimal"/>
      <w:pStyle w:val="berschrift2"/>
      <w:suff w:val="space"/>
      <w:lvlText w:val="%1.%2"/>
      <w:lvlJc w:val="left"/>
      <w:pPr>
        <w:ind w:left="0" w:firstLine="0"/>
      </w:pPr>
    </w:lvl>
    <w:lvl w:ilvl="2">
      <w:start w:val="1"/>
      <w:numFmt w:val="decimal"/>
      <w:pStyle w:val="berschrift3"/>
      <w:suff w:val="space"/>
      <w:lvlText w:val="%1.%2.%3"/>
      <w:lvlJc w:val="left"/>
      <w:pPr>
        <w:ind w:left="0" w:firstLine="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64020093">
    <w:abstractNumId w:val="8"/>
  </w:num>
  <w:num w:numId="2" w16cid:durableId="815143576">
    <w:abstractNumId w:val="6"/>
  </w:num>
  <w:num w:numId="3" w16cid:durableId="34039272">
    <w:abstractNumId w:val="5"/>
  </w:num>
  <w:num w:numId="4" w16cid:durableId="1979338091">
    <w:abstractNumId w:val="4"/>
  </w:num>
  <w:num w:numId="5" w16cid:durableId="1599826665">
    <w:abstractNumId w:val="7"/>
  </w:num>
  <w:num w:numId="6" w16cid:durableId="1208027381">
    <w:abstractNumId w:val="3"/>
  </w:num>
  <w:num w:numId="7" w16cid:durableId="1279339213">
    <w:abstractNumId w:val="2"/>
  </w:num>
  <w:num w:numId="8" w16cid:durableId="1081831123">
    <w:abstractNumId w:val="1"/>
  </w:num>
  <w:num w:numId="9" w16cid:durableId="1424762548">
    <w:abstractNumId w:val="0"/>
  </w:num>
  <w:num w:numId="10" w16cid:durableId="1353649852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defaultTabStop w:val="720"/>
  <w:autoHyphenation/>
  <w:consecutiveHyphenLimit w:val="2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076E4"/>
    <w:rsid w:val="0029639D"/>
    <w:rsid w:val="00326F90"/>
    <w:rsid w:val="007768B1"/>
    <w:rsid w:val="00AA1D8D"/>
    <w:rsid w:val="00B47730"/>
    <w:rsid w:val="00CB0664"/>
    <w:rsid w:val="00CC738C"/>
    <w:rsid w:val="00E535E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482AB0"/>
  <w14:defaultImageDpi w14:val="300"/>
  <w15:docId w15:val="{59318944-2523-554A-AF99-7E9C2CEA8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120" w:line="240" w:lineRule="auto"/>
    </w:pPr>
    <w:rPr>
      <w:kern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numPr>
        <w:numId w:val="10"/>
      </w:numPr>
      <w:spacing w:before="280"/>
      <w:outlineLvl w:val="0"/>
    </w:pPr>
    <w:rPr>
      <w:b/>
      <w:bCs/>
      <w:sz w:val="24"/>
      <w:szCs w:val="24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numPr>
        <w:ilvl w:val="1"/>
        <w:numId w:val="10"/>
      </w:numPr>
      <w:spacing w:before="200"/>
      <w:outlineLvl w:val="1"/>
    </w:pPr>
    <w:rPr>
      <w:b/>
      <w:bCs/>
      <w:sz w:val="24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numPr>
        <w:ilvl w:val="2"/>
        <w:numId w:val="10"/>
      </w:numPr>
      <w:spacing w:before="160"/>
      <w:outlineLvl w:val="2"/>
    </w:pPr>
    <w:rPr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pBdr>
        <w:bottom w:val="single" w:sz="4" w:space="6" w:color="D9D9D9"/>
      </w:pBdr>
      <w:tabs>
        <w:tab w:val="right" w:pos="9072"/>
      </w:tabs>
      <w:spacing w:after="0"/>
    </w:pPr>
    <w:rPr>
      <w:sz w:val="18"/>
      <w:szCs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E618BF"/>
    <w:rPr>
      <w:rFonts w:ascii="Arial" w:eastAsia="Arial" w:hAnsi="Arial" w:cs="Arial"/>
      <w:color w:val="000000"/>
      <w:kern w:val="22"/>
      <w:sz w:val="18"/>
      <w:szCs w:val="18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E618BF"/>
    <w:pPr>
      <w:pBdr>
        <w:top w:val="single" w:sz="4" w:space="6" w:color="D9D9D9"/>
      </w:pBdr>
      <w:tabs>
        <w:tab w:val="right" w:pos="9072"/>
      </w:tabs>
      <w:spacing w:after="0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E618BF"/>
    <w:rPr>
      <w:rFonts w:ascii="Arial" w:eastAsia="Arial" w:hAnsi="Arial" w:cs="Arial"/>
      <w:color w:val="000000"/>
      <w:kern w:val="22"/>
      <w:sz w:val="18"/>
      <w:szCs w:val="18"/>
      <w:lang w:val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="Arial" w:eastAsia="Arial" w:hAnsi="Arial" w:cs="Arial"/>
      <w:b/>
      <w:bCs/>
      <w:color w:val="000000"/>
      <w:kern w:val="22"/>
      <w:sz w:val="24"/>
      <w:szCs w:val="24"/>
      <w:lang w:val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="Arial" w:eastAsia="Arial" w:hAnsi="Arial" w:cs="Arial"/>
      <w:b/>
      <w:bCs/>
      <w:color w:val="000000"/>
      <w:kern w:val="22"/>
      <w:sz w:val="24"/>
      <w:szCs w:val="24"/>
      <w:lang w:val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="Arial" w:eastAsia="Arial" w:hAnsi="Arial" w:cs="Arial"/>
      <w:b/>
      <w:bCs/>
      <w:color w:val="000000"/>
      <w:kern w:val="22"/>
      <w:sz w:val="24"/>
      <w:szCs w:val="24"/>
      <w:lang w:val="de-DE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paragraph" w:customStyle="1" w:styleId="SunsideTitel">
    <w:name w:val="Sunside Titel"/>
    <w:basedOn w:val="Standard"/>
    <w:qFormat/>
    <w:pPr>
      <w:keepNext/>
      <w:keepLines/>
      <w:pBdr>
        <w:bottom w:val="single" w:sz="6" w:space="8" w:color="000000"/>
      </w:pBdr>
      <w:spacing w:line="460" w:lineRule="exact"/>
    </w:pPr>
    <w:rPr>
      <w:b/>
      <w:bCs/>
      <w:sz w:val="40"/>
      <w:szCs w:val="40"/>
    </w:rPr>
  </w:style>
  <w:style w:type="paragraph" w:customStyle="1" w:styleId="SunsideUntertitel">
    <w:name w:val="Sunside Untertitel"/>
    <w:basedOn w:val="Standard"/>
    <w:qFormat/>
    <w:pPr>
      <w:spacing w:before="240" w:after="0"/>
    </w:pPr>
    <w:rPr>
      <w:b/>
      <w:bCs/>
    </w:rPr>
  </w:style>
  <w:style w:type="paragraph" w:customStyle="1" w:styleId="SunsideAngabe">
    <w:name w:val="Sunside Angabe"/>
    <w:basedOn w:val="Standard"/>
    <w:qFormat/>
    <w:pPr>
      <w:spacing w:after="0"/>
    </w:pPr>
  </w:style>
  <w:style w:type="paragraph" w:customStyle="1" w:styleId="SunsideDokumentart">
    <w:name w:val="Sunside Dokumentart"/>
    <w:basedOn w:val="Standard"/>
    <w:qFormat/>
    <w:pPr>
      <w:spacing w:after="0"/>
    </w:pPr>
  </w:style>
  <w:style w:type="paragraph" w:customStyle="1" w:styleId="SunsideVerzeichnis">
    <w:name w:val="Sunside Verzeichnis"/>
    <w:basedOn w:val="Standard"/>
    <w:qFormat/>
    <w:pPr>
      <w:keepNext/>
      <w:keepLines/>
      <w:spacing w:after="160"/>
    </w:pPr>
    <w:rPr>
      <w:b/>
      <w:bCs/>
      <w:sz w:val="24"/>
      <w:szCs w:val="24"/>
    </w:rPr>
  </w:style>
  <w:style w:type="paragraph" w:customStyle="1" w:styleId="SunsideAufzaehlung">
    <w:name w:val="Sunside Aufzaehlung"/>
    <w:basedOn w:val="Standard"/>
    <w:qFormat/>
    <w:pPr>
      <w:keepLines/>
      <w:spacing w:after="80"/>
      <w:ind w:left="459" w:hanging="261"/>
    </w:pPr>
  </w:style>
  <w:style w:type="paragraph" w:customStyle="1" w:styleId="SunsideAufzaehlung2">
    <w:name w:val="Sunside Aufzaehlung 2"/>
    <w:basedOn w:val="Standard"/>
    <w:qFormat/>
    <w:pPr>
      <w:keepLines/>
      <w:spacing w:after="80"/>
      <w:ind w:left="918" w:hanging="261"/>
    </w:pPr>
  </w:style>
  <w:style w:type="paragraph" w:customStyle="1" w:styleId="SunsideCheckliste">
    <w:name w:val="Sunside Checkliste"/>
    <w:basedOn w:val="Standard"/>
    <w:qFormat/>
    <w:pPr>
      <w:keepLines/>
      <w:spacing w:after="80"/>
      <w:ind w:left="459" w:hanging="261"/>
    </w:pPr>
  </w:style>
  <w:style w:type="paragraph" w:customStyle="1" w:styleId="SunsideTabellenkopf">
    <w:name w:val="Sunside Tabellenkopf"/>
    <w:basedOn w:val="Standard"/>
    <w:qFormat/>
    <w:pPr>
      <w:keepNext/>
      <w:keepLines/>
      <w:suppressAutoHyphens/>
      <w:spacing w:after="0"/>
    </w:pPr>
  </w:style>
  <w:style w:type="paragraph" w:customStyle="1" w:styleId="SunsideTabelle">
    <w:name w:val="Sunside Tabelle"/>
    <w:basedOn w:val="Standard"/>
    <w:qFormat/>
    <w:pPr>
      <w:spacing w:after="0"/>
    </w:pPr>
  </w:style>
  <w:style w:type="paragraph" w:customStyle="1" w:styleId="SunsideBeschriftung">
    <w:name w:val="Sunside Beschriftung"/>
    <w:basedOn w:val="Standard"/>
    <w:qFormat/>
    <w:pPr>
      <w:spacing w:before="60" w:after="240"/>
    </w:pPr>
    <w:rPr>
      <w:sz w:val="20"/>
      <w:szCs w:val="20"/>
    </w:rPr>
  </w:style>
  <w:style w:type="paragraph" w:customStyle="1" w:styleId="SunsideMerksatz">
    <w:name w:val="Sunside Merksatz"/>
    <w:basedOn w:val="Standard"/>
    <w:qFormat/>
    <w:pPr>
      <w:pBdr>
        <w:left w:val="single" w:sz="16" w:space="10" w:color="000000"/>
      </w:pBdr>
      <w:spacing w:before="200" w:after="0"/>
      <w:ind w:left="227"/>
    </w:pPr>
  </w:style>
  <w:style w:type="paragraph" w:customStyle="1" w:styleId="SunsideSprechtext">
    <w:name w:val="Sunside Sprechtext"/>
    <w:basedOn w:val="Standard"/>
    <w:qFormat/>
  </w:style>
  <w:style w:type="paragraph" w:customStyle="1" w:styleId="SunsideParagraf">
    <w:name w:val="Sunside Paragraf"/>
    <w:basedOn w:val="Standard"/>
    <w:qFormat/>
    <w:pPr>
      <w:keepNext/>
      <w:keepLines/>
      <w:spacing w:before="280"/>
      <w:outlineLvl w:val="0"/>
    </w:pPr>
    <w:rPr>
      <w:b/>
      <w:bCs/>
      <w:sz w:val="24"/>
      <w:szCs w:val="24"/>
    </w:rPr>
  </w:style>
  <w:style w:type="paragraph" w:customStyle="1" w:styleId="SunsideZwischentitel">
    <w:name w:val="Sunside Zwischentitel"/>
    <w:basedOn w:val="Standard"/>
    <w:qFormat/>
    <w:pPr>
      <w:keepNext/>
      <w:keepLines/>
      <w:spacing w:before="200"/>
      <w:outlineLvl w:val="1"/>
    </w:pPr>
    <w:rPr>
      <w:b/>
      <w:bCs/>
      <w:sz w:val="24"/>
      <w:szCs w:val="24"/>
    </w:rPr>
  </w:style>
  <w:style w:type="paragraph" w:customStyle="1" w:styleId="SunsideZwischentitel3">
    <w:name w:val="Sunside Zwischentitel 3"/>
    <w:basedOn w:val="Standard"/>
    <w:qFormat/>
    <w:pPr>
      <w:keepNext/>
      <w:keepLines/>
      <w:spacing w:before="160"/>
      <w:outlineLvl w:val="2"/>
    </w:pPr>
    <w:rPr>
      <w:b/>
      <w:bCs/>
      <w:sz w:val="24"/>
      <w:szCs w:val="24"/>
    </w:rPr>
  </w:style>
  <w:style w:type="paragraph" w:customStyle="1" w:styleId="SunsideAnhang">
    <w:name w:val="Sunside Anhang"/>
    <w:basedOn w:val="Standard"/>
    <w:qFormat/>
    <w:pPr>
      <w:keepNext/>
      <w:keepLines/>
      <w:outlineLvl w:val="0"/>
    </w:pPr>
    <w:rPr>
      <w:b/>
      <w:bCs/>
      <w:sz w:val="24"/>
      <w:szCs w:val="24"/>
    </w:rPr>
  </w:style>
  <w:style w:type="paragraph" w:customStyle="1" w:styleId="Verzeichnis11">
    <w:name w:val="Verzeichnis 11"/>
    <w:basedOn w:val="Standard"/>
    <w:qFormat/>
    <w:pPr>
      <w:tabs>
        <w:tab w:val="right" w:leader="dot" w:pos="9072"/>
      </w:tabs>
      <w:spacing w:before="160" w:after="0"/>
    </w:pPr>
    <w:rPr>
      <w:b/>
      <w:bCs/>
    </w:rPr>
  </w:style>
  <w:style w:type="paragraph" w:customStyle="1" w:styleId="Verzeichnis21">
    <w:name w:val="Verzeichnis 21"/>
    <w:basedOn w:val="Standard"/>
    <w:qFormat/>
    <w:pPr>
      <w:tabs>
        <w:tab w:val="right" w:leader="dot" w:pos="9072"/>
      </w:tabs>
      <w:spacing w:before="40" w:after="0"/>
      <w:ind w:left="397"/>
    </w:pPr>
  </w:style>
  <w:style w:type="paragraph" w:customStyle="1" w:styleId="Verzeichnis31">
    <w:name w:val="Verzeichnis 31"/>
    <w:basedOn w:val="Standard"/>
    <w:qFormat/>
    <w:pPr>
      <w:tabs>
        <w:tab w:val="right" w:leader="dot" w:pos="9072"/>
      </w:tabs>
      <w:spacing w:before="40" w:after="0"/>
      <w:ind w:left="79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2991</Characters>
  <Application>Microsoft Office Word</Application>
  <DocSecurity>0</DocSecurity>
  <Lines>118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 Nr. [Nummer]</dc:title>
  <dc:subject/>
  <dc:creator/>
  <cp:keywords>neutral</cp:keywords>
  <dc:description/>
  <cp:lastModifiedBy/>
  <cp:revision>2</cp:revision>
  <dcterms:created xsi:type="dcterms:W3CDTF">2026-10-25T14:13:00Z</dcterms:created>
  <dcterms:modified xsi:type="dcterms:W3CDTF">2026-10-25T14:13:00Z</dcterms:modified>
  <cp:category>vertrag</cp:category>
</cp:coreProperties>
</file>