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75E9F7" w14:textId="77777777" w:rsidR="00683852" w:rsidRDefault="00601DE4">
      <w:pPr>
        <w:pStyle w:val="SunsideTitel"/>
      </w:pPr>
      <w:r>
        <w:t>Behinderungsanzeige</w:t>
      </w:r>
    </w:p>
    <w:p w14:paraId="109D965B" w14:textId="77777777" w:rsidR="00683852" w:rsidRDefault="00601DE4">
      <w:r>
        <w:t>Hinweis zur Vorlage: Stand Oktober 2026. Für Ihren Einzelfall sprechen Sie mit einer Anwältin oder einem Anwalt. Löschen Sie diesen Absatz, bevor Sie den Vertrag verwenden.</w:t>
      </w:r>
    </w:p>
    <w:p w14:paraId="089DE193" w14:textId="77777777" w:rsidR="00683852" w:rsidRDefault="00601DE4">
      <w:r>
        <w:t>[Ausfüllhinweis: Füllen Sie die eckigen Klammern aus. Klammern mit „VOB/B“: beim VOB/B-Vertrag nur die Klammern löschen, beim BGB-Vertrag die ganze Klammer. Klammern mit „Beim BGB-Vertrag“: beim VOB/B-Vertrag ganz löschen, beim BGB-Vertrag den Text einsetzen. Als Nachunternehmer schreiben Sie an den Generalunternehmer, nicht an den Bauherrn. Löschen Sie vor dem Versand Überschrift, Hinweis zur Vorlage und diesen Absatz.]</w:t>
      </w:r>
    </w:p>
    <w:p w14:paraId="2BE386F1" w14:textId="77777777" w:rsidR="00683852" w:rsidRDefault="00601DE4">
      <w:pPr>
        <w:spacing w:before="360"/>
      </w:pPr>
      <w:r>
        <w:rPr>
          <w:sz w:val="18"/>
        </w:rPr>
        <w:t>[Name des Betriebs], [Straße Nr.], [PLZ Ort]</w:t>
      </w:r>
    </w:p>
    <w:p w14:paraId="52BC8A6A" w14:textId="77777777" w:rsidR="00683852" w:rsidRDefault="00601DE4">
      <w:r>
        <w:t>[Auftraggeber, bei Nachunternehmern der Generalunternehmer]</w:t>
      </w:r>
      <w:r>
        <w:br/>
        <w:t>zu Händen [Name]</w:t>
      </w:r>
      <w:r>
        <w:br/>
        <w:t>[Straße Nr.]</w:t>
      </w:r>
      <w:r>
        <w:br/>
        <w:t>[PLZ Ort]</w:t>
      </w:r>
    </w:p>
    <w:p w14:paraId="2616ED8F" w14:textId="77777777" w:rsidR="00683852" w:rsidRDefault="00601DE4">
      <w:pPr>
        <w:spacing w:before="160"/>
        <w:jc w:val="right"/>
      </w:pPr>
      <w:r>
        <w:t>[Ort], [TT.MM.JJJJ]</w:t>
      </w:r>
    </w:p>
    <w:p w14:paraId="58A453C0" w14:textId="77777777" w:rsidR="00683852" w:rsidRDefault="00601DE4">
      <w:pPr>
        <w:spacing w:before="200"/>
      </w:pPr>
      <w:r>
        <w:rPr>
          <w:b/>
        </w:rPr>
        <w:t>Behinderungsanzeige [nach § 6 Abs. 1 VOB/B]: [Bauvorhaben, Anschrift]</w:t>
      </w:r>
    </w:p>
    <w:p w14:paraId="332DCD8F" w14:textId="77777777" w:rsidR="00683852" w:rsidRDefault="00601DE4">
      <w:r>
        <w:t>Vertrag: [Auftrag oder Vertrag Nr.] vom [Datum], Gewerk: [Gewerk]</w:t>
      </w:r>
    </w:p>
    <w:p w14:paraId="7F33B47F" w14:textId="77777777" w:rsidR="00683852" w:rsidRDefault="00601DE4">
      <w:pPr>
        <w:spacing w:before="160"/>
      </w:pPr>
      <w:r>
        <w:t>Sehr geehrte Damen und Herren,</w:t>
      </w:r>
    </w:p>
    <w:p w14:paraId="7DA06C43" w14:textId="77777777" w:rsidR="00683852" w:rsidRDefault="00601DE4">
      <w:r>
        <w:t>hiermit zeigen wir Ihnen an, dass wir bei der Ausführung unserer Leistungen behindert sind.</w:t>
      </w:r>
    </w:p>
    <w:p w14:paraId="0E663769" w14:textId="77777777" w:rsidR="00683852" w:rsidRDefault="00601DE4">
      <w:pPr>
        <w:pStyle w:val="SunsideAufzaehlung"/>
        <w:ind w:left="312" w:hanging="312"/>
      </w:pPr>
      <w:r>
        <w:t>1.</w:t>
      </w:r>
      <w:r>
        <w:tab/>
      </w:r>
      <w:r>
        <w:rPr>
          <w:b/>
        </w:rPr>
        <w:t>Ursache:</w:t>
      </w:r>
      <w:r>
        <w:t xml:space="preserve"> [was genau fehlt, zum Beispiel: Der Estrich im 1. OG ist nicht verlegt. Die Ausführungspläne für Bauabschnitt B liegen nicht vor.]</w:t>
      </w:r>
    </w:p>
    <w:p w14:paraId="02686E5F" w14:textId="77777777" w:rsidR="00683852" w:rsidRDefault="00601DE4">
      <w:pPr>
        <w:pStyle w:val="SunsideAufzaehlung"/>
        <w:ind w:left="312" w:hanging="312"/>
      </w:pPr>
      <w:r>
        <w:t>2.</w:t>
      </w:r>
      <w:r>
        <w:tab/>
      </w:r>
      <w:r>
        <w:rPr>
          <w:b/>
        </w:rPr>
        <w:t>Beginn:</w:t>
      </w:r>
      <w:r>
        <w:t xml:space="preserve"> [Datum, Uhrzeit], festgestellt von [Name]</w:t>
      </w:r>
    </w:p>
    <w:p w14:paraId="7B5EE0F7" w14:textId="77777777" w:rsidR="00683852" w:rsidRDefault="00601DE4">
      <w:pPr>
        <w:pStyle w:val="SunsideAufzaehlung"/>
        <w:ind w:left="312" w:hanging="312"/>
      </w:pPr>
      <w:r>
        <w:t>3.</w:t>
      </w:r>
      <w:r>
        <w:tab/>
      </w:r>
      <w:r>
        <w:rPr>
          <w:b/>
        </w:rPr>
        <w:t>Betroffene Leistungen:</w:t>
      </w:r>
      <w:r>
        <w:t xml:space="preserve"> [Positionen des Leistungsverzeichnisses, Räume, Bauabschnitt]</w:t>
      </w:r>
    </w:p>
    <w:p w14:paraId="01E95541" w14:textId="77777777" w:rsidR="00683852" w:rsidRDefault="00601DE4">
      <w:pPr>
        <w:pStyle w:val="SunsideAufzaehlung"/>
        <w:ind w:left="312" w:hanging="312"/>
      </w:pPr>
      <w:r>
        <w:t>4.</w:t>
      </w:r>
      <w:r>
        <w:tab/>
      </w:r>
      <w:r>
        <w:rPr>
          <w:b/>
        </w:rPr>
        <w:t>Dauer und Frist:</w:t>
      </w:r>
      <w:r>
        <w:t xml:space="preserve"> Voraussichtlich dauert die Behinderung [Zeitraum]. Die Ausführungsfrist [Termin laut Vertrag oder Bauzeitenplan] verlängert sich um die Dauer der Behinderung. Dazu kommt [nach § 6 Abs. 2 und 4 VOB/B] ein Zuschlag für die Wiederaufnahme der Arbeiten und, falls nötig, für die Verschiebung in eine ungünstigere Jahreszeit. [Beim BGB-Vertrag statt der beiden letzten Sätze: Die Ausführungsfrist [Termin laut Vertrag] verlängert sich angemessen.]</w:t>
      </w:r>
    </w:p>
    <w:p w14:paraId="6F7849D8" w14:textId="77777777" w:rsidR="00683852" w:rsidRDefault="00601DE4">
      <w:pPr>
        <w:pStyle w:val="SunsideAufzaehlung"/>
        <w:ind w:left="312" w:hanging="312"/>
      </w:pPr>
      <w:r>
        <w:t>5.</w:t>
      </w:r>
      <w:r>
        <w:tab/>
      </w:r>
      <w:r>
        <w:rPr>
          <w:b/>
        </w:rPr>
        <w:t>Leistungsbereitschaft:</w:t>
      </w:r>
      <w:r>
        <w:t xml:space="preserve"> Wir sind bereit und in der Lage, unsere Leistung auszuführen, und bieten sie Ihnen ausdrücklich an. Für Ihr Bauvorhaben halten wir [Anzahl] Fachkräfte und [Geräte] bereit. Bitte [erforderliche Handlung, zum Beispiel: übergeben Sie uns die Pläne, lassen Sie den Estrich fertigstellen] bis zum [Datum].</w:t>
      </w:r>
    </w:p>
    <w:p w14:paraId="74B5DC41" w14:textId="77777777" w:rsidR="00683852" w:rsidRDefault="00601DE4">
      <w:pPr>
        <w:pStyle w:val="SunsideAufzaehlung"/>
        <w:spacing w:after="120"/>
        <w:ind w:left="312" w:hanging="312"/>
      </w:pPr>
      <w:r>
        <w:t>6.</w:t>
      </w:r>
      <w:r>
        <w:tab/>
      </w:r>
      <w:r>
        <w:rPr>
          <w:b/>
        </w:rPr>
        <w:t>Vorbehalt:</w:t>
      </w:r>
      <w:r>
        <w:t xml:space="preserve"> Ansprüche auf Schadensersatz oder Entschädigung ([§ 6 Abs. 6 VOB/B,] § 642 BGB) behalten wir uns vor.</w:t>
      </w:r>
    </w:p>
    <w:p w14:paraId="7FCF92E2" w14:textId="77777777" w:rsidR="00683852" w:rsidRDefault="00601DE4">
      <w:pPr>
        <w:keepNext/>
        <w:keepLines/>
      </w:pPr>
      <w:r>
        <w:t>Sobald die Behinderung wegfällt, nehmen wir die Arbeiten unverzüglich wieder auf und teilen Ihnen das mit. Bitte bestätigen Sie uns kurz den Eingang dieses Schreibens.</w:t>
      </w:r>
    </w:p>
    <w:p w14:paraId="5942F03F" w14:textId="77777777" w:rsidR="00683852" w:rsidRDefault="00601DE4">
      <w:pPr>
        <w:keepNext/>
        <w:keepLines/>
      </w:pPr>
      <w:r>
        <w:t>Mit freundlichen Grüßen</w:t>
      </w:r>
    </w:p>
    <w:p w14:paraId="78077C5F" w14:textId="77777777" w:rsidR="00683852" w:rsidRDefault="00601DE4">
      <w:pPr>
        <w:keepNext/>
        <w:keepLines/>
        <w:spacing w:before="720"/>
      </w:pPr>
      <w:r>
        <w:t>[Name, Betrieb]</w:t>
      </w:r>
    </w:p>
    <w:p w14:paraId="523B4065" w14:textId="77777777" w:rsidR="00683852" w:rsidRDefault="00601DE4">
      <w:pPr>
        <w:keepNext/>
        <w:keepLines/>
        <w:spacing w:before="240"/>
      </w:pPr>
      <w:r>
        <w:t>Anlagen: [Fotos mit Datum, Auszug Bautagebuch, Schriftverkehr]</w:t>
      </w:r>
    </w:p>
    <w:p w14:paraId="46225482" w14:textId="77777777" w:rsidR="00683852" w:rsidRDefault="00601DE4">
      <w:pPr>
        <w:keepLines/>
        <w:spacing w:before="240"/>
      </w:pPr>
      <w:r>
        <w:t>Kopie an: [Bauleitung oder Architekt]</w:t>
      </w:r>
    </w:p>
    <w:p w14:paraId="2E10D5B2" w14:textId="77777777" w:rsidR="00683852" w:rsidRDefault="00683852">
      <w:pPr>
        <w:sectPr w:rsidR="00683852">
          <w:headerReference w:type="default" r:id="rId8"/>
          <w:footerReference w:type="default" r:id="rId9"/>
          <w:pgSz w:w="11906" w:h="16838"/>
          <w:pgMar w:top="1417" w:right="1417" w:bottom="1276" w:left="1417" w:header="709" w:footer="709" w:gutter="0"/>
          <w:cols w:space="720"/>
          <w:docGrid w:linePitch="360"/>
        </w:sectPr>
      </w:pPr>
    </w:p>
    <w:p w14:paraId="56E2D8AB" w14:textId="77777777" w:rsidR="00683852" w:rsidRDefault="00601DE4">
      <w:pPr>
        <w:pStyle w:val="SunsideTitel"/>
      </w:pPr>
      <w:r>
        <w:lastRenderedPageBreak/>
        <w:t>Wegfall der Behinderung</w:t>
      </w:r>
    </w:p>
    <w:p w14:paraId="579EEB24" w14:textId="77777777" w:rsidR="00683852" w:rsidRDefault="00601DE4">
      <w:r>
        <w:t>[Schicken Sie diese Mitteilung, sobald die angezeigte Behinderung weggefallen ist, und löschen Sie vorher die Überschrift und diesen Absatz.]</w:t>
      </w:r>
    </w:p>
    <w:p w14:paraId="06AFA7D0" w14:textId="77777777" w:rsidR="00683852" w:rsidRDefault="00601DE4">
      <w:pPr>
        <w:spacing w:before="360"/>
      </w:pPr>
      <w:r>
        <w:rPr>
          <w:sz w:val="18"/>
        </w:rPr>
        <w:t>[Name des Betriebs], [Straße Nr.], [PLZ Ort]</w:t>
      </w:r>
    </w:p>
    <w:p w14:paraId="1BC580F9" w14:textId="77777777" w:rsidR="00683852" w:rsidRDefault="00601DE4">
      <w:r>
        <w:t>[Auftraggeber, bei Nachunternehmern der Generalunternehmer]</w:t>
      </w:r>
      <w:r>
        <w:br/>
        <w:t>zu Händen [Name]</w:t>
      </w:r>
      <w:r>
        <w:br/>
        <w:t>[Straße Nr.]</w:t>
      </w:r>
      <w:r>
        <w:br/>
        <w:t>[PLZ Ort]</w:t>
      </w:r>
    </w:p>
    <w:p w14:paraId="02F1A2F5" w14:textId="77777777" w:rsidR="00683852" w:rsidRDefault="00601DE4">
      <w:pPr>
        <w:spacing w:before="160"/>
        <w:jc w:val="right"/>
      </w:pPr>
      <w:r>
        <w:t>[Ort], [TT.MM.JJJJ]</w:t>
      </w:r>
    </w:p>
    <w:p w14:paraId="0B0543F5" w14:textId="77777777" w:rsidR="00683852" w:rsidRDefault="00601DE4">
      <w:pPr>
        <w:spacing w:before="200"/>
      </w:pPr>
      <w:r>
        <w:rPr>
          <w:b/>
        </w:rPr>
        <w:t>Wegfall der Behinderung [nach § 6 Abs. 3 VOB/B]: [Bauvorhaben, Anschrift]</w:t>
      </w:r>
    </w:p>
    <w:p w14:paraId="640CD543" w14:textId="77777777" w:rsidR="00683852" w:rsidRDefault="00601DE4">
      <w:r>
        <w:t>Vertrag: [Auftrag oder Vertrag Nr.] vom [Datum], Gewerk: [Gewerk]</w:t>
      </w:r>
    </w:p>
    <w:p w14:paraId="5B5E5235" w14:textId="77777777" w:rsidR="00683852" w:rsidRDefault="00601DE4">
      <w:pPr>
        <w:spacing w:before="160"/>
      </w:pPr>
      <w:r>
        <w:t>Sehr geehrte Damen und Herren,</w:t>
      </w:r>
    </w:p>
    <w:p w14:paraId="4C8494DE" w14:textId="77777777" w:rsidR="00683852" w:rsidRDefault="00601DE4">
      <w:r>
        <w:t>die mit Schreiben vom [Datum] angezeigte Behinderung ist am [Datum] weggefallen. Wir haben die Arbeiten am [Datum] wieder aufgenommen.</w:t>
      </w:r>
    </w:p>
    <w:p w14:paraId="154FEBC8" w14:textId="77777777" w:rsidR="00683852" w:rsidRDefault="00601DE4">
      <w:r>
        <w:t>Die Behinderung dauerte vom [Datum] bis zum [Datum], das sind [Anzahl] Arbeitstage. Die Ausführungsfrist für [Leistung] verschiebt sich damit [nach § 6 Abs. 4 VOB/B einschließlich eines Zuschlags von [Anzahl] Arbeitstagen für die Wiederaufnahme] auf den [Datum].</w:t>
      </w:r>
    </w:p>
    <w:p w14:paraId="3615170C" w14:textId="77777777" w:rsidR="00683852" w:rsidRDefault="00601DE4">
      <w:pPr>
        <w:keepNext/>
        <w:keepLines/>
      </w:pPr>
      <w:r>
        <w:t>Mit freundlichen Grüßen</w:t>
      </w:r>
    </w:p>
    <w:p w14:paraId="6221F475" w14:textId="77777777" w:rsidR="00683852" w:rsidRDefault="00601DE4">
      <w:pPr>
        <w:keepLines/>
        <w:spacing w:before="720"/>
      </w:pPr>
      <w:r>
        <w:t>[Name, Betrieb]</w:t>
      </w:r>
    </w:p>
    <w:sectPr w:rsidR="00683852" w:rsidSect="00034616">
      <w:footerReference w:type="default" r:id="rId10"/>
      <w:pgSz w:w="11906" w:h="16838"/>
      <w:pgMar w:top="1417" w:right="1417" w:bottom="1276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C3CEAA" w14:textId="77777777" w:rsidR="00601DE4" w:rsidRDefault="00601DE4">
      <w:pPr>
        <w:spacing w:after="0"/>
      </w:pPr>
      <w:r>
        <w:separator/>
      </w:r>
    </w:p>
  </w:endnote>
  <w:endnote w:type="continuationSeparator" w:id="0">
    <w:p w14:paraId="3353EBD0" w14:textId="77777777" w:rsidR="00601DE4" w:rsidRDefault="00601D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3893E9" w14:textId="77777777" w:rsidR="00683852" w:rsidRDefault="00601DE4">
    <w:pPr>
      <w:pStyle w:val="Fuzeile"/>
    </w:pPr>
    <w:r>
      <w:tab/>
      <w:t xml:space="preserve">Seite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von </w:t>
    </w:r>
    <w:r>
      <w:fldChar w:fldCharType="begin"/>
    </w:r>
    <w:r>
      <w:instrText xml:space="preserve"> = </w:instrText>
    </w:r>
    <w:r>
      <w:fldChar w:fldCharType="begin"/>
    </w:r>
    <w:r>
      <w:instrText xml:space="preserve"> NUMPAGES </w:instrText>
    </w:r>
    <w:r>
      <w:fldChar w:fldCharType="separate"/>
    </w:r>
    <w:r w:rsidR="003A7E36">
      <w:rPr>
        <w:noProof/>
      </w:rPr>
      <w:instrText>2</w:instrText>
    </w:r>
    <w:r>
      <w:fldChar w:fldCharType="end"/>
    </w:r>
    <w:r>
      <w:instrText xml:space="preserve"> - 1 </w:instrText>
    </w:r>
    <w:r>
      <w:fldChar w:fldCharType="separate"/>
    </w:r>
    <w:r w:rsidR="003A7E36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A706B3" w14:textId="77777777" w:rsidR="00683852" w:rsidRDefault="00683852">
    <w:pPr>
      <w:pBdr>
        <w:top w:val="nil"/>
        <w:bottom w:val="nil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4D20A6" w14:textId="77777777" w:rsidR="00601DE4" w:rsidRDefault="00601DE4">
      <w:pPr>
        <w:spacing w:after="0"/>
      </w:pPr>
      <w:r>
        <w:separator/>
      </w:r>
    </w:p>
  </w:footnote>
  <w:footnote w:type="continuationSeparator" w:id="0">
    <w:p w14:paraId="2406675C" w14:textId="77777777" w:rsidR="00601DE4" w:rsidRDefault="00601D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CA5D10" w14:textId="77777777" w:rsidR="00683852" w:rsidRDefault="00683852">
    <w:pPr>
      <w:pStyle w:val="Kopfzeil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5D29CB"/>
    <w:multiLevelType w:val="multilevel"/>
    <w:tmpl w:val="1A9651EC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45218983">
    <w:abstractNumId w:val="8"/>
  </w:num>
  <w:num w:numId="2" w16cid:durableId="321854256">
    <w:abstractNumId w:val="6"/>
  </w:num>
  <w:num w:numId="3" w16cid:durableId="1510947671">
    <w:abstractNumId w:val="5"/>
  </w:num>
  <w:num w:numId="4" w16cid:durableId="121391485">
    <w:abstractNumId w:val="4"/>
  </w:num>
  <w:num w:numId="5" w16cid:durableId="401756811">
    <w:abstractNumId w:val="7"/>
  </w:num>
  <w:num w:numId="6" w16cid:durableId="2022588536">
    <w:abstractNumId w:val="3"/>
  </w:num>
  <w:num w:numId="7" w16cid:durableId="701325663">
    <w:abstractNumId w:val="2"/>
  </w:num>
  <w:num w:numId="8" w16cid:durableId="1773042405">
    <w:abstractNumId w:val="1"/>
  </w:num>
  <w:num w:numId="9" w16cid:durableId="1366982610">
    <w:abstractNumId w:val="0"/>
  </w:num>
  <w:num w:numId="10" w16cid:durableId="2884740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20"/>
  <w:autoHyphenation/>
  <w:consecutiveHyphenLimit w:val="2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7E36"/>
    <w:rsid w:val="00601DE4"/>
    <w:rsid w:val="00683852"/>
    <w:rsid w:val="00AA1D8D"/>
    <w:rsid w:val="00B47730"/>
    <w:rsid w:val="00CB0664"/>
    <w:rsid w:val="00CC73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7FA30F"/>
  <w14:defaultImageDpi w14:val="300"/>
  <w15:docId w15:val="{59318944-2523-554A-AF99-7E9C2CEA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20" w:line="240" w:lineRule="auto"/>
    </w:pPr>
    <w:rPr>
      <w:kern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numPr>
        <w:numId w:val="10"/>
      </w:numPr>
      <w:spacing w:before="280"/>
      <w:outlineLvl w:val="0"/>
    </w:pPr>
    <w:rPr>
      <w:b/>
      <w:bCs/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numPr>
        <w:ilvl w:val="1"/>
        <w:numId w:val="10"/>
      </w:numPr>
      <w:spacing w:before="200"/>
      <w:outlineLvl w:val="1"/>
    </w:pPr>
    <w:rPr>
      <w:b/>
      <w:b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numPr>
        <w:ilvl w:val="2"/>
        <w:numId w:val="10"/>
      </w:numPr>
      <w:spacing w:before="160"/>
      <w:outlineLvl w:val="2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pBdr>
        <w:bottom w:val="single" w:sz="4" w:space="6" w:color="D9D9D9"/>
      </w:pBdr>
      <w:tabs>
        <w:tab w:val="right" w:pos="9072"/>
      </w:tabs>
      <w:spacing w:after="0"/>
    </w:pPr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E618BF"/>
    <w:rPr>
      <w:rFonts w:ascii="Arial" w:eastAsia="Arial" w:hAnsi="Arial" w:cs="Arial"/>
      <w:color w:val="000000"/>
      <w:kern w:val="22"/>
      <w:sz w:val="18"/>
      <w:szCs w:val="18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E618BF"/>
    <w:pPr>
      <w:pBdr>
        <w:top w:val="single" w:sz="4" w:space="6" w:color="D9D9D9"/>
      </w:pBdr>
      <w:tabs>
        <w:tab w:val="right" w:pos="9072"/>
      </w:tabs>
      <w:spacing w:after="0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E618BF"/>
    <w:rPr>
      <w:rFonts w:ascii="Arial" w:eastAsia="Arial" w:hAnsi="Arial" w:cs="Arial"/>
      <w:color w:val="000000"/>
      <w:kern w:val="22"/>
      <w:sz w:val="18"/>
      <w:szCs w:val="18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="Arial" w:eastAsia="Arial" w:hAnsi="Arial" w:cs="Arial"/>
      <w:b/>
      <w:bCs/>
      <w:color w:val="000000"/>
      <w:kern w:val="22"/>
      <w:sz w:val="24"/>
      <w:szCs w:val="24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="Arial" w:eastAsia="Arial" w:hAnsi="Arial" w:cs="Arial"/>
      <w:b/>
      <w:bCs/>
      <w:color w:val="000000"/>
      <w:kern w:val="22"/>
      <w:sz w:val="24"/>
      <w:szCs w:val="24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="Arial" w:eastAsia="Arial" w:hAnsi="Arial" w:cs="Arial"/>
      <w:b/>
      <w:bCs/>
      <w:color w:val="000000"/>
      <w:kern w:val="22"/>
      <w:sz w:val="24"/>
      <w:szCs w:val="24"/>
      <w:lang w:val="de-D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paragraph" w:customStyle="1" w:styleId="SunsideTitel">
    <w:name w:val="Sunside Titel"/>
    <w:basedOn w:val="Standard"/>
    <w:qFormat/>
    <w:pPr>
      <w:keepNext/>
      <w:keepLines/>
      <w:pBdr>
        <w:bottom w:val="single" w:sz="6" w:space="8" w:color="000000"/>
      </w:pBdr>
      <w:spacing w:line="460" w:lineRule="exact"/>
    </w:pPr>
    <w:rPr>
      <w:b/>
      <w:bCs/>
      <w:sz w:val="40"/>
      <w:szCs w:val="40"/>
    </w:rPr>
  </w:style>
  <w:style w:type="paragraph" w:customStyle="1" w:styleId="SunsideUntertitel">
    <w:name w:val="Sunside Untertitel"/>
    <w:basedOn w:val="Standard"/>
    <w:qFormat/>
    <w:pPr>
      <w:spacing w:before="240" w:after="0"/>
    </w:pPr>
    <w:rPr>
      <w:b/>
      <w:bCs/>
    </w:rPr>
  </w:style>
  <w:style w:type="paragraph" w:customStyle="1" w:styleId="SunsideAngabe">
    <w:name w:val="Sunside Angabe"/>
    <w:basedOn w:val="Standard"/>
    <w:qFormat/>
    <w:pPr>
      <w:spacing w:after="0"/>
    </w:pPr>
  </w:style>
  <w:style w:type="paragraph" w:customStyle="1" w:styleId="SunsideDokumentart">
    <w:name w:val="Sunside Dokumentart"/>
    <w:basedOn w:val="Standard"/>
    <w:qFormat/>
    <w:pPr>
      <w:spacing w:after="0"/>
    </w:pPr>
  </w:style>
  <w:style w:type="paragraph" w:customStyle="1" w:styleId="SunsideVerzeichnis">
    <w:name w:val="Sunside Verzeichnis"/>
    <w:basedOn w:val="Standard"/>
    <w:qFormat/>
    <w:pPr>
      <w:keepNext/>
      <w:keepLines/>
      <w:spacing w:after="160"/>
    </w:pPr>
    <w:rPr>
      <w:b/>
      <w:bCs/>
      <w:sz w:val="24"/>
      <w:szCs w:val="24"/>
    </w:rPr>
  </w:style>
  <w:style w:type="paragraph" w:customStyle="1" w:styleId="SunsideAufzaehlung">
    <w:name w:val="Sunside Aufzaehlung"/>
    <w:basedOn w:val="Standard"/>
    <w:qFormat/>
    <w:pPr>
      <w:keepLines/>
      <w:spacing w:after="80"/>
      <w:ind w:left="459" w:hanging="261"/>
    </w:pPr>
  </w:style>
  <w:style w:type="paragraph" w:customStyle="1" w:styleId="SunsideAufzaehlung2">
    <w:name w:val="Sunside Aufzaehlung 2"/>
    <w:basedOn w:val="Standard"/>
    <w:qFormat/>
    <w:pPr>
      <w:keepLines/>
      <w:spacing w:after="80"/>
      <w:ind w:left="918" w:hanging="261"/>
    </w:pPr>
  </w:style>
  <w:style w:type="paragraph" w:customStyle="1" w:styleId="SunsideCheckliste">
    <w:name w:val="Sunside Checkliste"/>
    <w:basedOn w:val="Standard"/>
    <w:qFormat/>
    <w:pPr>
      <w:keepLines/>
      <w:spacing w:after="80"/>
      <w:ind w:left="459" w:hanging="261"/>
    </w:pPr>
  </w:style>
  <w:style w:type="paragraph" w:customStyle="1" w:styleId="SunsideTabellenkopf">
    <w:name w:val="Sunside Tabellenkopf"/>
    <w:basedOn w:val="Standard"/>
    <w:qFormat/>
    <w:pPr>
      <w:keepNext/>
      <w:keepLines/>
      <w:suppressAutoHyphens/>
      <w:spacing w:after="0"/>
    </w:pPr>
  </w:style>
  <w:style w:type="paragraph" w:customStyle="1" w:styleId="SunsideTabelle">
    <w:name w:val="Sunside Tabelle"/>
    <w:basedOn w:val="Standard"/>
    <w:qFormat/>
    <w:pPr>
      <w:spacing w:after="0"/>
    </w:pPr>
  </w:style>
  <w:style w:type="paragraph" w:customStyle="1" w:styleId="SunsideBeschriftung">
    <w:name w:val="Sunside Beschriftung"/>
    <w:basedOn w:val="Standard"/>
    <w:qFormat/>
    <w:pPr>
      <w:spacing w:before="60" w:after="240"/>
    </w:pPr>
    <w:rPr>
      <w:sz w:val="20"/>
      <w:szCs w:val="20"/>
    </w:rPr>
  </w:style>
  <w:style w:type="paragraph" w:customStyle="1" w:styleId="SunsideMerksatz">
    <w:name w:val="Sunside Merksatz"/>
    <w:basedOn w:val="Standard"/>
    <w:qFormat/>
    <w:pPr>
      <w:pBdr>
        <w:left w:val="single" w:sz="16" w:space="10" w:color="000000"/>
      </w:pBdr>
      <w:spacing w:before="200" w:after="0"/>
      <w:ind w:left="227"/>
    </w:pPr>
  </w:style>
  <w:style w:type="paragraph" w:customStyle="1" w:styleId="SunsideSprechtext">
    <w:name w:val="Sunside Sprechtext"/>
    <w:basedOn w:val="Standard"/>
    <w:qFormat/>
  </w:style>
  <w:style w:type="paragraph" w:customStyle="1" w:styleId="SunsideParagraf">
    <w:name w:val="Sunside Paragraf"/>
    <w:basedOn w:val="Standard"/>
    <w:qFormat/>
    <w:pPr>
      <w:keepNext/>
      <w:keepLines/>
      <w:spacing w:before="280"/>
      <w:outlineLvl w:val="0"/>
    </w:pPr>
    <w:rPr>
      <w:b/>
      <w:bCs/>
      <w:sz w:val="24"/>
      <w:szCs w:val="24"/>
    </w:rPr>
  </w:style>
  <w:style w:type="paragraph" w:customStyle="1" w:styleId="SunsideZwischentitel">
    <w:name w:val="Sunside Zwischentitel"/>
    <w:basedOn w:val="Standard"/>
    <w:qFormat/>
    <w:pPr>
      <w:keepNext/>
      <w:keepLines/>
      <w:spacing w:before="200"/>
      <w:outlineLvl w:val="1"/>
    </w:pPr>
    <w:rPr>
      <w:b/>
      <w:bCs/>
      <w:sz w:val="24"/>
      <w:szCs w:val="24"/>
    </w:rPr>
  </w:style>
  <w:style w:type="paragraph" w:customStyle="1" w:styleId="SunsideZwischentitel3">
    <w:name w:val="Sunside Zwischentitel 3"/>
    <w:basedOn w:val="Standard"/>
    <w:qFormat/>
    <w:pPr>
      <w:keepNext/>
      <w:keepLines/>
      <w:spacing w:before="160"/>
      <w:outlineLvl w:val="2"/>
    </w:pPr>
    <w:rPr>
      <w:b/>
      <w:bCs/>
      <w:sz w:val="24"/>
      <w:szCs w:val="24"/>
    </w:rPr>
  </w:style>
  <w:style w:type="paragraph" w:customStyle="1" w:styleId="SunsideAnhang">
    <w:name w:val="Sunside Anhang"/>
    <w:basedOn w:val="Standard"/>
    <w:qFormat/>
    <w:pPr>
      <w:keepNext/>
      <w:keepLines/>
      <w:outlineLvl w:val="0"/>
    </w:pPr>
    <w:rPr>
      <w:b/>
      <w:bCs/>
      <w:sz w:val="24"/>
      <w:szCs w:val="24"/>
    </w:rPr>
  </w:style>
  <w:style w:type="paragraph" w:customStyle="1" w:styleId="Verzeichnis11">
    <w:name w:val="Verzeichnis 11"/>
    <w:basedOn w:val="Standard"/>
    <w:qFormat/>
    <w:pPr>
      <w:tabs>
        <w:tab w:val="right" w:leader="dot" w:pos="9072"/>
      </w:tabs>
      <w:spacing w:before="160" w:after="0"/>
    </w:pPr>
    <w:rPr>
      <w:b/>
      <w:bCs/>
    </w:rPr>
  </w:style>
  <w:style w:type="paragraph" w:customStyle="1" w:styleId="Verzeichnis21">
    <w:name w:val="Verzeichnis 21"/>
    <w:basedOn w:val="Standard"/>
    <w:qFormat/>
    <w:pPr>
      <w:tabs>
        <w:tab w:val="right" w:leader="dot" w:pos="9072"/>
      </w:tabs>
      <w:spacing w:before="40" w:after="0"/>
      <w:ind w:left="397"/>
    </w:pPr>
  </w:style>
  <w:style w:type="paragraph" w:customStyle="1" w:styleId="Verzeichnis31">
    <w:name w:val="Verzeichnis 31"/>
    <w:basedOn w:val="Standard"/>
    <w:qFormat/>
    <w:pPr>
      <w:tabs>
        <w:tab w:val="right" w:leader="dot" w:pos="9072"/>
      </w:tabs>
      <w:spacing w:before="40" w:after="0"/>
      <w:ind w:left="79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3000</Characters>
  <Application>Microsoft Office Word</Application>
  <DocSecurity>0</DocSecurity>
  <Lines>60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Behinderungsanzeige</dc:title>
  <dc:subject/>
  <dc:creator/>
  <cp:keywords>neutral</cp:keywords>
  <dc:description/>
  <cp:lastModifiedBy/>
  <cp:revision>2</cp:revision>
  <dcterms:created xsi:type="dcterms:W3CDTF">2026-10-30T11:07:00Z</dcterms:created>
  <dcterms:modified xsi:type="dcterms:W3CDTF">2026-10-30T11:07:00Z</dcterms:modified>
  <cp:category>vertrag</cp:category>
</cp:coreProperties>
</file>