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72CAEF1" w14:textId="77777777" w:rsidR="00732BD6" w:rsidRDefault="00AB0CC8">
      <w:pPr>
        <w:pStyle w:val="SunsideTitel"/>
        <w:suppressAutoHyphens/>
      </w:pPr>
      <w:r>
        <w:t>Bautagebuch</w:t>
      </w:r>
    </w:p>
    <w:p w14:paraId="08404B37" w14:textId="77777777" w:rsidR="00732BD6" w:rsidRDefault="00AB0CC8">
      <w:pPr>
        <w:suppressAutoHyphens/>
      </w:pPr>
      <w:r>
        <w:t>Hinweis zur Vorlage: Stand Oktober 2026. Für Ihren Einzelfall sprechen Sie mit einer Anwältin oder einem Anwalt. Löschen Sie diesen Absatz, bevor Sie den Vertrag verwenden.</w:t>
      </w:r>
    </w:p>
    <w:p w14:paraId="2592339B" w14:textId="77777777" w:rsidR="00732BD6" w:rsidRDefault="00AB0CC8">
      <w:pPr>
        <w:suppressAutoHyphens/>
      </w:pPr>
      <w:r>
        <w:t>[Ausfüllhinweis: Seite 1 erklärt die Felder, Seite 2 ist das leere Tagesblatt. Drucken oder kopieren Sie Seite 2 für jeden Arbeitstag. Füllen Sie das Blatt noch am selben Tag aus. Gab es zu einem Feld nichts, schreiben Sie „keine“.]</w:t>
      </w:r>
    </w:p>
    <w:p w14:paraId="74D284BE" w14:textId="77777777" w:rsidR="00732BD6" w:rsidRDefault="00AB0CC8">
      <w:pPr>
        <w:suppressAutoHyphens/>
      </w:pPr>
      <w:r>
        <w:rPr>
          <w:b/>
        </w:rPr>
        <w:t>Blatt [Nummer], Datum: [TT.MM.JJJJ]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20"/>
      </w:tblGrid>
      <w:tr w:rsidR="00732BD6" w14:paraId="75B32695" w14:textId="77777777">
        <w:trPr>
          <w:cantSplit/>
          <w:tblHeader/>
        </w:trPr>
        <w:tc>
          <w:tcPr>
            <w:tcW w:w="2551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B3B5925" w14:textId="77777777" w:rsidR="00732BD6" w:rsidRDefault="00AB0CC8">
            <w:pPr>
              <w:pStyle w:val="SunsideTabellenkopf"/>
            </w:pPr>
            <w:r>
              <w:rPr>
                <w:b/>
              </w:rPr>
              <w:t>Angabe</w:t>
            </w:r>
          </w:p>
        </w:tc>
        <w:tc>
          <w:tcPr>
            <w:tcW w:w="6520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ED7BE7A" w14:textId="77777777" w:rsidR="00732BD6" w:rsidRDefault="00AB0CC8">
            <w:pPr>
              <w:pStyle w:val="SunsideTabellenkopf"/>
            </w:pPr>
            <w:r>
              <w:rPr>
                <w:b/>
              </w:rPr>
              <w:t>Eintrag für diesen Tag</w:t>
            </w:r>
          </w:p>
        </w:tc>
      </w:tr>
      <w:tr w:rsidR="00732BD6" w14:paraId="5A985816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4DC2148" w14:textId="77777777" w:rsidR="00732BD6" w:rsidRDefault="00AB0CC8">
            <w:pPr>
              <w:pStyle w:val="SunsideTabelle"/>
              <w:suppressAutoHyphens/>
            </w:pPr>
            <w:r>
              <w:t>Bauvorhaben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BF5AA70" w14:textId="77777777" w:rsidR="00732BD6" w:rsidRDefault="00AB0CC8">
            <w:pPr>
              <w:pStyle w:val="SunsideTabelle"/>
              <w:suppressAutoHyphens/>
            </w:pPr>
            <w:r>
              <w:t>[Bezeichnung, Anschrift]</w:t>
            </w:r>
          </w:p>
        </w:tc>
      </w:tr>
      <w:tr w:rsidR="00732BD6" w14:paraId="3579A894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2178362F" w14:textId="77777777" w:rsidR="00732BD6" w:rsidRDefault="00AB0CC8">
            <w:pPr>
              <w:pStyle w:val="SunsideTabelle"/>
              <w:suppressAutoHyphens/>
            </w:pPr>
            <w:r>
              <w:t>Auftraggeber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BC37C06" w14:textId="77777777" w:rsidR="00732BD6" w:rsidRDefault="00AB0CC8">
            <w:pPr>
              <w:pStyle w:val="SunsideTabelle"/>
              <w:suppressAutoHyphens/>
            </w:pPr>
            <w:r>
              <w:t>[Name]</w:t>
            </w:r>
          </w:p>
        </w:tc>
      </w:tr>
      <w:tr w:rsidR="00732BD6" w14:paraId="5510EFCA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7450AAA" w14:textId="77777777" w:rsidR="00732BD6" w:rsidRDefault="00AB0CC8">
            <w:pPr>
              <w:pStyle w:val="SunsideTabelle"/>
              <w:suppressAutoHyphens/>
            </w:pPr>
            <w:r>
              <w:t>Vertrag vom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EB6C784" w14:textId="77777777" w:rsidR="00732BD6" w:rsidRDefault="00AB0CC8">
            <w:pPr>
              <w:pStyle w:val="SunsideTabelle"/>
              <w:suppressAutoHyphens/>
            </w:pPr>
            <w:r>
              <w:t>[TT.MM.JJJJ]</w:t>
            </w:r>
          </w:p>
        </w:tc>
      </w:tr>
      <w:tr w:rsidR="00732BD6" w14:paraId="6BBDFBAC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5CBF440" w14:textId="77777777" w:rsidR="00732BD6" w:rsidRDefault="00AB0CC8">
            <w:pPr>
              <w:pStyle w:val="SunsideTabelle"/>
              <w:suppressAutoHyphens/>
            </w:pPr>
            <w:r>
              <w:t>Gewerk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C65E2E2" w14:textId="77777777" w:rsidR="00732BD6" w:rsidRDefault="00AB0CC8">
            <w:pPr>
              <w:pStyle w:val="SunsideTabelle"/>
              <w:suppressAutoHyphens/>
            </w:pPr>
            <w:r>
              <w:t>[Gewerk]</w:t>
            </w:r>
          </w:p>
        </w:tc>
      </w:tr>
      <w:tr w:rsidR="00732BD6" w14:paraId="3F96FE32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26CF42F" w14:textId="77777777" w:rsidR="00732BD6" w:rsidRDefault="00AB0CC8">
            <w:pPr>
              <w:pStyle w:val="SunsideTabelle"/>
              <w:suppressAutoHyphens/>
            </w:pPr>
            <w:r>
              <w:t>Verfasser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8E0B545" w14:textId="77777777" w:rsidR="00732BD6" w:rsidRDefault="00AB0CC8">
            <w:pPr>
              <w:pStyle w:val="SunsideTabelle"/>
              <w:suppressAutoHyphens/>
            </w:pPr>
            <w:r>
              <w:t>[Name]</w:t>
            </w:r>
          </w:p>
        </w:tc>
      </w:tr>
      <w:tr w:rsidR="00732BD6" w14:paraId="60389662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EA28DBF" w14:textId="77777777" w:rsidR="00732BD6" w:rsidRDefault="00AB0CC8">
            <w:pPr>
              <w:pStyle w:val="SunsideTabelle"/>
              <w:suppressAutoHyphens/>
            </w:pPr>
            <w:r>
              <w:t>Baustelle besetzt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D249A19" w14:textId="77777777" w:rsidR="00732BD6" w:rsidRDefault="00AB0CC8">
            <w:pPr>
              <w:pStyle w:val="SunsideTabelle"/>
              <w:suppressAutoHyphens/>
            </w:pPr>
            <w:r>
              <w:t>von [Uhrzeit] bis [Uhrzeit] (ersetzt keinen Arbeitszeitnachweis)</w:t>
            </w:r>
          </w:p>
        </w:tc>
      </w:tr>
      <w:tr w:rsidR="00732BD6" w14:paraId="6CF0413B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5EE1D9E" w14:textId="77777777" w:rsidR="00732BD6" w:rsidRDefault="00AB0CC8">
            <w:pPr>
              <w:pStyle w:val="SunsideTabelle"/>
              <w:suppressAutoHyphens/>
            </w:pPr>
            <w:r>
              <w:t>Wetter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AF32571" w14:textId="77777777" w:rsidR="00732BD6" w:rsidRDefault="00AB0CC8">
            <w:pPr>
              <w:pStyle w:val="SunsideTabelle"/>
              <w:suppressAutoHyphens/>
            </w:pPr>
            <w:r>
              <w:t>[zum Beispiel: Regen, Frost, Wind], Temperatur morgens [Grad], mittags [Grad]</w:t>
            </w:r>
          </w:p>
        </w:tc>
      </w:tr>
      <w:tr w:rsidR="00732BD6" w14:paraId="4E3B30ED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80364D3" w14:textId="77777777" w:rsidR="00732BD6" w:rsidRDefault="00AB0CC8">
            <w:pPr>
              <w:pStyle w:val="SunsideTabelle"/>
              <w:suppressAutoHyphens/>
            </w:pPr>
            <w:r>
              <w:t>Personal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53FDE2D" w14:textId="77777777" w:rsidR="00732BD6" w:rsidRDefault="00AB0CC8">
            <w:pPr>
              <w:pStyle w:val="SunsideTabelle"/>
              <w:suppressAutoHyphens/>
            </w:pPr>
            <w:r>
              <w:t>[Anzahl] Fachkräfte, [Anzahl] Helfer, Nachunternehmer: [Firma, Anzahl]</w:t>
            </w:r>
          </w:p>
        </w:tc>
      </w:tr>
      <w:tr w:rsidR="00732BD6" w14:paraId="5FB77EA5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FD0C000" w14:textId="77777777" w:rsidR="00732BD6" w:rsidRDefault="00AB0CC8">
            <w:pPr>
              <w:pStyle w:val="SunsideTabelle"/>
              <w:suppressAutoHyphens/>
            </w:pPr>
            <w:r>
              <w:t>Geräte und Material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66299EB" w14:textId="77777777" w:rsidR="00732BD6" w:rsidRDefault="00AB0CC8">
            <w:pPr>
              <w:pStyle w:val="SunsideTabelle"/>
              <w:suppressAutoHyphens/>
            </w:pPr>
            <w:r>
              <w:t>[Geräte, geliefertes Material mit Lieferschein-Nr.]</w:t>
            </w:r>
          </w:p>
        </w:tc>
      </w:tr>
      <w:tr w:rsidR="00732BD6" w14:paraId="67BA3F98" w14:textId="77777777">
        <w:trPr>
          <w:cantSplit/>
          <w:trHeight w:val="567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D827B93" w14:textId="77777777" w:rsidR="00732BD6" w:rsidRDefault="00AB0CC8">
            <w:pPr>
              <w:pStyle w:val="SunsideTabelle"/>
              <w:suppressAutoHyphens/>
            </w:pPr>
            <w:r>
              <w:t>Ausgeführte Arbeiten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1CB8501" w14:textId="77777777" w:rsidR="00732BD6" w:rsidRDefault="00AB0CC8">
            <w:pPr>
              <w:pStyle w:val="SunsideTabelle"/>
              <w:suppressAutoHyphens/>
            </w:pPr>
            <w:r>
              <w:t>[Was, wo, wie viel, zum Beispiel: Leitungen verlegt, 1. OG, Bad, 12 m, Position 12]</w:t>
            </w:r>
          </w:p>
        </w:tc>
      </w:tr>
      <w:tr w:rsidR="00732BD6" w14:paraId="430FD1F7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6F2687F4" w14:textId="77777777" w:rsidR="00732BD6" w:rsidRDefault="00AB0CC8">
            <w:pPr>
              <w:pStyle w:val="SunsideTabelle"/>
              <w:suppressAutoHyphens/>
            </w:pPr>
            <w:r>
              <w:t>Verdeckte Leistungen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43A7E66" w14:textId="77777777" w:rsidR="00732BD6" w:rsidRDefault="00AB0CC8">
            <w:pPr>
              <w:pStyle w:val="SunsideTabelle"/>
              <w:suppressAutoHyphens/>
            </w:pPr>
            <w:r>
              <w:t>[Was später nicht mehr sichtbar ist, Foto-Nr.]</w:t>
            </w:r>
          </w:p>
        </w:tc>
      </w:tr>
      <w:tr w:rsidR="00732BD6" w14:paraId="52F6D207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0F6D270" w14:textId="77777777" w:rsidR="00732BD6" w:rsidRDefault="00AB0CC8">
            <w:pPr>
              <w:pStyle w:val="SunsideTabelle"/>
              <w:suppressAutoHyphens/>
            </w:pPr>
            <w:r>
              <w:t>Anweisungen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27F3E722" w14:textId="77777777" w:rsidR="00732BD6" w:rsidRDefault="00AB0CC8">
            <w:pPr>
              <w:pStyle w:val="SunsideTabelle"/>
              <w:suppressAutoHyphens/>
            </w:pPr>
            <w:r>
              <w:t>[Wer hat wem was wann gesagt, zum Beispiel: Bauleiter Meier an Monteur Schulz, 10:15 Uhr, Steckdose versetzen]</w:t>
            </w:r>
          </w:p>
        </w:tc>
      </w:tr>
      <w:tr w:rsidR="00732BD6" w14:paraId="01C62759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61E425BE" w14:textId="77777777" w:rsidR="00732BD6" w:rsidRDefault="00AB0CC8">
            <w:pPr>
              <w:pStyle w:val="SunsideTabelle"/>
              <w:suppressAutoHyphens/>
            </w:pPr>
            <w:r>
              <w:t>Nachtrag nötig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888C3A4" w14:textId="77777777" w:rsidR="00732BD6" w:rsidRDefault="00AB0CC8">
            <w:pPr>
              <w:pStyle w:val="SunsideTabelle"/>
              <w:suppressAutoHyphens/>
            </w:pPr>
            <w:r>
              <w:t>[nein / ja, gestellt am TT.MM.JJJJ]</w:t>
            </w:r>
          </w:p>
        </w:tc>
      </w:tr>
      <w:tr w:rsidR="00732BD6" w14:paraId="2D07B205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29E040B9" w14:textId="77777777" w:rsidR="00732BD6" w:rsidRDefault="00AB0CC8">
            <w:pPr>
              <w:pStyle w:val="SunsideTabelle"/>
              <w:suppressAutoHyphens/>
            </w:pPr>
            <w:r>
              <w:t>Störungen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B1FC650" w14:textId="77777777" w:rsidR="00732BD6" w:rsidRDefault="00AB0CC8">
            <w:pPr>
              <w:pStyle w:val="SunsideTabelle"/>
              <w:suppressAutoHyphens/>
            </w:pPr>
            <w:r>
              <w:t>[zum Beispiel: Estrich 1. OG nicht verlegt, 8:30 Uhr geprüft, 2 Mann umgesetzt]</w:t>
            </w:r>
          </w:p>
        </w:tc>
      </w:tr>
      <w:tr w:rsidR="00732BD6" w14:paraId="286E9904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B45442F" w14:textId="77777777" w:rsidR="00732BD6" w:rsidRDefault="00AB0CC8">
            <w:pPr>
              <w:pStyle w:val="SunsideTabelle"/>
              <w:suppressAutoHyphens/>
            </w:pPr>
            <w:r>
              <w:t>Behinderung angezeigt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B5574CC" w14:textId="77777777" w:rsidR="00732BD6" w:rsidRDefault="00AB0CC8">
            <w:pPr>
              <w:pStyle w:val="SunsideTabelle"/>
              <w:suppressAutoHyphens/>
            </w:pPr>
            <w:r>
              <w:t>[nein / ja, am TT.MM.JJJJ]</w:t>
            </w:r>
          </w:p>
        </w:tc>
      </w:tr>
      <w:tr w:rsidR="00732BD6" w14:paraId="1926CBE2" w14:textId="77777777">
        <w:trPr>
          <w:cantSplit/>
          <w:trHeight w:val="283"/>
        </w:trPr>
        <w:tc>
          <w:tcPr>
            <w:tcW w:w="2551" w:type="dxa"/>
            <w:tcBorders>
              <w:bottom w:val="single" w:sz="8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5F0FF4D" w14:textId="77777777" w:rsidR="00732BD6" w:rsidRDefault="00AB0CC8">
            <w:pPr>
              <w:pStyle w:val="SunsideTabelle"/>
              <w:suppressAutoHyphens/>
            </w:pPr>
            <w:r>
              <w:t>Besonderheiten</w:t>
            </w:r>
          </w:p>
        </w:tc>
        <w:tc>
          <w:tcPr>
            <w:tcW w:w="6520" w:type="dxa"/>
            <w:tcBorders>
              <w:bottom w:val="single" w:sz="8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97F066F" w14:textId="77777777" w:rsidR="00732BD6" w:rsidRDefault="00AB0CC8">
            <w:pPr>
              <w:pStyle w:val="SunsideTabelle"/>
              <w:suppressAutoHyphens/>
            </w:pPr>
            <w:r>
              <w:t>[Besucher, Abnahmen, Mängel, Unfall (Namen und Verletzungen nicht eintragen), Foto-Nr.]</w:t>
            </w:r>
          </w:p>
        </w:tc>
      </w:tr>
    </w:tbl>
    <w:p w14:paraId="006864D0" w14:textId="77777777" w:rsidR="00732BD6" w:rsidRDefault="00732BD6">
      <w:pPr>
        <w:suppressAutoHyphens/>
        <w:spacing w:after="0" w:line="80" w:lineRule="exact"/>
      </w:pPr>
    </w:p>
    <w:p w14:paraId="3FF02C85" w14:textId="77777777" w:rsidR="00732BD6" w:rsidRDefault="00732BD6">
      <w:pPr>
        <w:keepNext/>
        <w:suppressAutoHyphens/>
        <w:spacing w:after="0" w:line="8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2"/>
        <w:gridCol w:w="567"/>
        <w:gridCol w:w="4252"/>
      </w:tblGrid>
      <w:tr w:rsidR="00732BD6" w14:paraId="425D39C4" w14:textId="77777777">
        <w:trPr>
          <w:cantSplit/>
          <w:trHeight w:hRule="exact" w:val="680"/>
        </w:trPr>
        <w:tc>
          <w:tcPr>
            <w:tcW w:w="4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E8C38E" w14:textId="77777777" w:rsidR="00732BD6" w:rsidRDefault="00732BD6">
            <w:pPr>
              <w:pStyle w:val="SunsideTabelle"/>
              <w:keepNext/>
              <w:suppressAutoHyphens/>
              <w:spacing w:before="680"/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A313A0" w14:textId="77777777" w:rsidR="00732BD6" w:rsidRDefault="00732BD6">
            <w:pPr>
              <w:keepNext/>
              <w:suppressAutoHyphens/>
            </w:pPr>
          </w:p>
        </w:tc>
        <w:tc>
          <w:tcPr>
            <w:tcW w:w="4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34B053" w14:textId="77777777" w:rsidR="00732BD6" w:rsidRDefault="00732BD6">
            <w:pPr>
              <w:pStyle w:val="SunsideTabelle"/>
              <w:keepNext/>
              <w:suppressAutoHyphens/>
              <w:spacing w:before="680"/>
            </w:pPr>
          </w:p>
        </w:tc>
      </w:tr>
      <w:tr w:rsidR="00732BD6" w14:paraId="4BA352F5" w14:textId="77777777">
        <w:trPr>
          <w:cantSplit/>
        </w:trPr>
        <w:tc>
          <w:tcPr>
            <w:tcW w:w="4252" w:type="dxa"/>
            <w:tcBorders>
              <w:top w:val="single" w:sz="4" w:space="0" w:color="000000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0D7DF756" w14:textId="77777777" w:rsidR="00732BD6" w:rsidRDefault="00AB0CC8">
            <w:pPr>
              <w:pStyle w:val="SunsideTabelle"/>
              <w:suppressAutoHyphens/>
            </w:pPr>
            <w:r>
              <w:rPr>
                <w:b/>
              </w:rPr>
              <w:t>Verfasser</w:t>
            </w:r>
            <w:r>
              <w:rPr>
                <w:b/>
              </w:rPr>
              <w:br/>
            </w:r>
            <w:r>
              <w:t>[Datum, Unterschrift]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865DA2" w14:textId="77777777" w:rsidR="00732BD6" w:rsidRDefault="00732BD6">
            <w:pPr>
              <w:suppressAutoHyphens/>
            </w:pPr>
          </w:p>
        </w:tc>
        <w:tc>
          <w:tcPr>
            <w:tcW w:w="4252" w:type="dxa"/>
            <w:tcBorders>
              <w:top w:val="single" w:sz="4" w:space="0" w:color="000000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21C2DCF4" w14:textId="77777777" w:rsidR="00732BD6" w:rsidRDefault="00AB0CC8">
            <w:pPr>
              <w:pStyle w:val="SunsideTabelle"/>
              <w:suppressAutoHyphens/>
            </w:pPr>
            <w:r>
              <w:rPr>
                <w:b/>
              </w:rPr>
              <w:t>Kenntnisnahme, falls möglich</w:t>
            </w:r>
            <w:r>
              <w:rPr>
                <w:b/>
              </w:rPr>
              <w:br/>
            </w:r>
            <w:r>
              <w:t>[Name, Auftraggeber oder Bauleitung, Datum, Unterschrift]</w:t>
            </w:r>
          </w:p>
        </w:tc>
      </w:tr>
    </w:tbl>
    <w:p w14:paraId="53B2646F" w14:textId="77777777" w:rsidR="00732BD6" w:rsidRDefault="00732BD6">
      <w:pPr>
        <w:suppressAutoHyphens/>
        <w:spacing w:after="0" w:line="80" w:lineRule="exact"/>
      </w:pPr>
    </w:p>
    <w:p w14:paraId="7DC3D195" w14:textId="77777777" w:rsidR="00732BD6" w:rsidRDefault="00AB0CC8">
      <w:pPr>
        <w:pageBreakBefore/>
        <w:tabs>
          <w:tab w:val="left" w:pos="4847"/>
        </w:tabs>
        <w:suppressAutoHyphens/>
      </w:pPr>
      <w:r>
        <w:rPr>
          <w:b/>
        </w:rPr>
        <w:lastRenderedPageBreak/>
        <w:t>Bautagebuch, Blatt:</w:t>
      </w:r>
      <w:r>
        <w:rPr>
          <w:b/>
        </w:rPr>
        <w:tab/>
        <w:t>Datum: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551"/>
        <w:gridCol w:w="6520"/>
      </w:tblGrid>
      <w:tr w:rsidR="00732BD6" w14:paraId="0EEBF026" w14:textId="77777777">
        <w:trPr>
          <w:cantSplit/>
          <w:tblHeader/>
        </w:trPr>
        <w:tc>
          <w:tcPr>
            <w:tcW w:w="2551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C4C4A79" w14:textId="77777777" w:rsidR="00732BD6" w:rsidRDefault="00AB0CC8">
            <w:pPr>
              <w:pStyle w:val="SunsideTabellenkopf"/>
            </w:pPr>
            <w:r>
              <w:rPr>
                <w:b/>
              </w:rPr>
              <w:t>Angabe</w:t>
            </w:r>
          </w:p>
        </w:tc>
        <w:tc>
          <w:tcPr>
            <w:tcW w:w="6520" w:type="dxa"/>
            <w:tcBorders>
              <w:top w:val="single" w:sz="8" w:space="0" w:color="000000"/>
              <w:bottom w:val="single" w:sz="6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5D1DBD8" w14:textId="77777777" w:rsidR="00732BD6" w:rsidRDefault="00AB0CC8">
            <w:pPr>
              <w:pStyle w:val="SunsideTabellenkopf"/>
            </w:pPr>
            <w:r>
              <w:rPr>
                <w:b/>
              </w:rPr>
              <w:t>Eintrag für diesen Tag</w:t>
            </w:r>
          </w:p>
        </w:tc>
      </w:tr>
      <w:tr w:rsidR="00732BD6" w14:paraId="541196A6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C688CE4" w14:textId="77777777" w:rsidR="00732BD6" w:rsidRDefault="00AB0CC8">
            <w:pPr>
              <w:pStyle w:val="SunsideTabelle"/>
              <w:suppressAutoHyphens/>
            </w:pPr>
            <w:r>
              <w:t>Bauvorhaben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21F1CB51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3A01C324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1CD4F4C" w14:textId="77777777" w:rsidR="00732BD6" w:rsidRDefault="00AB0CC8">
            <w:pPr>
              <w:pStyle w:val="SunsideTabelle"/>
              <w:suppressAutoHyphens/>
            </w:pPr>
            <w:r>
              <w:t>Auftraggeber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C67ED26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6F28DD59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0A80AFA" w14:textId="77777777" w:rsidR="00732BD6" w:rsidRDefault="00AB0CC8">
            <w:pPr>
              <w:pStyle w:val="SunsideTabelle"/>
              <w:suppressAutoHyphens/>
            </w:pPr>
            <w:r>
              <w:t>Vertrag vom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9B9FCEC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4DC1F4FC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DC083AA" w14:textId="77777777" w:rsidR="00732BD6" w:rsidRDefault="00AB0CC8">
            <w:pPr>
              <w:pStyle w:val="SunsideTabelle"/>
              <w:suppressAutoHyphens/>
            </w:pPr>
            <w:r>
              <w:t>Gewerk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2D87CCA1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17FDE103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24E03FBD" w14:textId="77777777" w:rsidR="00732BD6" w:rsidRDefault="00AB0CC8">
            <w:pPr>
              <w:pStyle w:val="SunsideTabelle"/>
              <w:suppressAutoHyphens/>
            </w:pPr>
            <w:r>
              <w:t>Verfasser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9FA077B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0C7D71B9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1ADF614" w14:textId="77777777" w:rsidR="00732BD6" w:rsidRDefault="00AB0CC8">
            <w:pPr>
              <w:pStyle w:val="SunsideTabelle"/>
              <w:suppressAutoHyphens/>
            </w:pPr>
            <w:r>
              <w:t>Baustelle besetzt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9C60368" w14:textId="77777777" w:rsidR="00732BD6" w:rsidRDefault="00AB0CC8">
            <w:pPr>
              <w:pStyle w:val="SunsideTabelle"/>
              <w:suppressAutoHyphens/>
            </w:pPr>
            <w:r>
              <w:t>von                    bis                    Uhr</w:t>
            </w:r>
          </w:p>
        </w:tc>
      </w:tr>
      <w:tr w:rsidR="00732BD6" w14:paraId="2756DB58" w14:textId="77777777">
        <w:trPr>
          <w:cantSplit/>
          <w:trHeight w:val="510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3806E82" w14:textId="77777777" w:rsidR="00732BD6" w:rsidRDefault="00AB0CC8">
            <w:pPr>
              <w:pStyle w:val="SunsideTabelle"/>
              <w:suppressAutoHyphens/>
            </w:pPr>
            <w:r>
              <w:t>Wetter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11C5788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5C72F09E" w14:textId="77777777">
        <w:trPr>
          <w:cantSplit/>
          <w:trHeight w:val="510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A2977C4" w14:textId="77777777" w:rsidR="00732BD6" w:rsidRDefault="00AB0CC8">
            <w:pPr>
              <w:pStyle w:val="SunsideTabelle"/>
              <w:suppressAutoHyphens/>
            </w:pPr>
            <w:r>
              <w:t>Personal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33E467E8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459F2EE7" w14:textId="77777777">
        <w:trPr>
          <w:cantSplit/>
          <w:trHeight w:val="510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085C639" w14:textId="77777777" w:rsidR="00732BD6" w:rsidRDefault="00AB0CC8">
            <w:pPr>
              <w:pStyle w:val="SunsideTabelle"/>
              <w:suppressAutoHyphens/>
            </w:pPr>
            <w:r>
              <w:t>Geräte und Material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671256F7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6411A9C3" w14:textId="77777777">
        <w:trPr>
          <w:cantSplit/>
          <w:trHeight w:val="1502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6D72059" w14:textId="77777777" w:rsidR="00732BD6" w:rsidRDefault="00AB0CC8">
            <w:pPr>
              <w:pStyle w:val="SunsideTabelle"/>
              <w:suppressAutoHyphens/>
            </w:pPr>
            <w:r>
              <w:t>Ausgeführte Arbeiten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600B44D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7487015A" w14:textId="77777777">
        <w:trPr>
          <w:cantSplit/>
          <w:trHeight w:val="510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4AA9C19" w14:textId="77777777" w:rsidR="00732BD6" w:rsidRDefault="00AB0CC8">
            <w:pPr>
              <w:pStyle w:val="SunsideTabelle"/>
              <w:suppressAutoHyphens/>
            </w:pPr>
            <w:r>
              <w:t>Verdeckte Leistungen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0332107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15C0D776" w14:textId="77777777">
        <w:trPr>
          <w:cantSplit/>
          <w:trHeight w:val="822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A4BC49D" w14:textId="77777777" w:rsidR="00732BD6" w:rsidRDefault="00AB0CC8">
            <w:pPr>
              <w:pStyle w:val="SunsideTabelle"/>
              <w:suppressAutoHyphens/>
            </w:pPr>
            <w:r>
              <w:t>Anweisungen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47C2C308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02688515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22167D45" w14:textId="77777777" w:rsidR="00732BD6" w:rsidRDefault="00AB0CC8">
            <w:pPr>
              <w:pStyle w:val="SunsideTabelle"/>
              <w:suppressAutoHyphens/>
            </w:pPr>
            <w:r>
              <w:t>Nachtrag nötig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3D08AC5" w14:textId="77777777" w:rsidR="00732BD6" w:rsidRDefault="00AB0CC8">
            <w:pPr>
              <w:pStyle w:val="SunsideTabelle"/>
              <w:suppressAutoHyphens/>
            </w:pPr>
            <w:r>
              <w:t>nein / ja, gestellt am</w:t>
            </w:r>
          </w:p>
        </w:tc>
      </w:tr>
      <w:tr w:rsidR="00732BD6" w14:paraId="31A4737F" w14:textId="77777777">
        <w:trPr>
          <w:cantSplit/>
          <w:trHeight w:val="822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EC61E1D" w14:textId="77777777" w:rsidR="00732BD6" w:rsidRDefault="00AB0CC8">
            <w:pPr>
              <w:pStyle w:val="SunsideTabelle"/>
              <w:suppressAutoHyphens/>
            </w:pPr>
            <w:r>
              <w:t>Störungen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117E342E" w14:textId="77777777" w:rsidR="00732BD6" w:rsidRDefault="00732BD6">
            <w:pPr>
              <w:pStyle w:val="SunsideTabelle"/>
              <w:suppressAutoHyphens/>
            </w:pPr>
          </w:p>
        </w:tc>
      </w:tr>
      <w:tr w:rsidR="00732BD6" w14:paraId="6C64D104" w14:textId="77777777">
        <w:trPr>
          <w:cantSplit/>
          <w:trHeight w:val="283"/>
        </w:trPr>
        <w:tc>
          <w:tcPr>
            <w:tcW w:w="2551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0CEF9E1D" w14:textId="77777777" w:rsidR="00732BD6" w:rsidRDefault="00AB0CC8">
            <w:pPr>
              <w:pStyle w:val="SunsideTabelle"/>
              <w:suppressAutoHyphens/>
            </w:pPr>
            <w:r>
              <w:t>Behinderung angezeigt</w:t>
            </w:r>
          </w:p>
        </w:tc>
        <w:tc>
          <w:tcPr>
            <w:tcW w:w="6520" w:type="dxa"/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5F91833E" w14:textId="77777777" w:rsidR="00732BD6" w:rsidRDefault="00AB0CC8">
            <w:pPr>
              <w:pStyle w:val="SunsideTabelle"/>
              <w:suppressAutoHyphens/>
            </w:pPr>
            <w:r>
              <w:t>nein / ja, am</w:t>
            </w:r>
          </w:p>
        </w:tc>
      </w:tr>
      <w:tr w:rsidR="00732BD6" w14:paraId="2955F6F7" w14:textId="77777777">
        <w:trPr>
          <w:cantSplit/>
          <w:trHeight w:val="822"/>
        </w:trPr>
        <w:tc>
          <w:tcPr>
            <w:tcW w:w="2551" w:type="dxa"/>
            <w:tcBorders>
              <w:bottom w:val="single" w:sz="8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72B36B14" w14:textId="77777777" w:rsidR="00732BD6" w:rsidRDefault="00AB0CC8">
            <w:pPr>
              <w:pStyle w:val="SunsideTabelle"/>
              <w:suppressAutoHyphens/>
            </w:pPr>
            <w:r>
              <w:t>Besonderheiten</w:t>
            </w:r>
          </w:p>
        </w:tc>
        <w:tc>
          <w:tcPr>
            <w:tcW w:w="6520" w:type="dxa"/>
            <w:tcBorders>
              <w:bottom w:val="single" w:sz="8" w:space="0" w:color="000000"/>
            </w:tcBorders>
            <w:tcMar>
              <w:top w:w="100" w:type="dxa"/>
              <w:left w:w="0" w:type="dxa"/>
              <w:bottom w:w="100" w:type="dxa"/>
              <w:right w:w="170" w:type="dxa"/>
            </w:tcMar>
          </w:tcPr>
          <w:p w14:paraId="681FDC5E" w14:textId="77777777" w:rsidR="00732BD6" w:rsidRDefault="00732BD6">
            <w:pPr>
              <w:pStyle w:val="SunsideTabelle"/>
              <w:suppressAutoHyphens/>
            </w:pPr>
          </w:p>
        </w:tc>
      </w:tr>
    </w:tbl>
    <w:p w14:paraId="61F01C06" w14:textId="77777777" w:rsidR="00732BD6" w:rsidRDefault="00732BD6">
      <w:pPr>
        <w:suppressAutoHyphens/>
        <w:spacing w:after="0" w:line="80" w:lineRule="exact"/>
      </w:pPr>
    </w:p>
    <w:p w14:paraId="536FF828" w14:textId="77777777" w:rsidR="00732BD6" w:rsidRDefault="00732BD6">
      <w:pPr>
        <w:keepNext/>
        <w:suppressAutoHyphens/>
        <w:spacing w:after="0" w:line="80" w:lineRule="exact"/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2"/>
        <w:gridCol w:w="567"/>
        <w:gridCol w:w="4252"/>
      </w:tblGrid>
      <w:tr w:rsidR="00732BD6" w14:paraId="73924B8E" w14:textId="77777777">
        <w:trPr>
          <w:cantSplit/>
          <w:trHeight w:hRule="exact" w:val="680"/>
        </w:trPr>
        <w:tc>
          <w:tcPr>
            <w:tcW w:w="4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8FF88B" w14:textId="77777777" w:rsidR="00732BD6" w:rsidRDefault="00732BD6">
            <w:pPr>
              <w:pStyle w:val="SunsideTabelle"/>
              <w:keepNext/>
              <w:suppressAutoHyphens/>
              <w:spacing w:before="680"/>
            </w:pP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3E9016" w14:textId="77777777" w:rsidR="00732BD6" w:rsidRDefault="00732BD6">
            <w:pPr>
              <w:keepNext/>
              <w:suppressAutoHyphens/>
            </w:pPr>
          </w:p>
        </w:tc>
        <w:tc>
          <w:tcPr>
            <w:tcW w:w="425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2A808C" w14:textId="77777777" w:rsidR="00732BD6" w:rsidRDefault="00732BD6">
            <w:pPr>
              <w:pStyle w:val="SunsideTabelle"/>
              <w:keepNext/>
              <w:suppressAutoHyphens/>
              <w:spacing w:before="680"/>
            </w:pPr>
          </w:p>
        </w:tc>
      </w:tr>
      <w:tr w:rsidR="00732BD6" w14:paraId="6A18D6D1" w14:textId="77777777">
        <w:trPr>
          <w:cantSplit/>
        </w:trPr>
        <w:tc>
          <w:tcPr>
            <w:tcW w:w="4252" w:type="dxa"/>
            <w:tcBorders>
              <w:top w:val="single" w:sz="4" w:space="0" w:color="000000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4E69787A" w14:textId="77777777" w:rsidR="00732BD6" w:rsidRDefault="00AB0CC8">
            <w:pPr>
              <w:pStyle w:val="SunsideTabelle"/>
              <w:suppressAutoHyphens/>
            </w:pPr>
            <w:r>
              <w:rPr>
                <w:b/>
              </w:rPr>
              <w:t>Verfasser</w:t>
            </w:r>
            <w:r>
              <w:rPr>
                <w:b/>
              </w:rPr>
              <w:br/>
            </w:r>
            <w:r>
              <w:t>Datum, Unterschrift</w:t>
            </w:r>
          </w:p>
        </w:tc>
        <w:tc>
          <w:tcPr>
            <w:tcW w:w="56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3FBDC2" w14:textId="77777777" w:rsidR="00732BD6" w:rsidRDefault="00732BD6">
            <w:pPr>
              <w:suppressAutoHyphens/>
            </w:pPr>
          </w:p>
        </w:tc>
        <w:tc>
          <w:tcPr>
            <w:tcW w:w="4252" w:type="dxa"/>
            <w:tcBorders>
              <w:top w:val="single" w:sz="4" w:space="0" w:color="000000"/>
            </w:tcBorders>
            <w:tcMar>
              <w:top w:w="80" w:type="dxa"/>
              <w:left w:w="0" w:type="dxa"/>
              <w:bottom w:w="0" w:type="dxa"/>
              <w:right w:w="0" w:type="dxa"/>
            </w:tcMar>
          </w:tcPr>
          <w:p w14:paraId="0B5F825D" w14:textId="77777777" w:rsidR="00732BD6" w:rsidRDefault="00AB0CC8">
            <w:pPr>
              <w:pStyle w:val="SunsideTabelle"/>
              <w:suppressAutoHyphens/>
            </w:pPr>
            <w:r>
              <w:rPr>
                <w:b/>
              </w:rPr>
              <w:t>Kenntnisnahme, falls möglich</w:t>
            </w:r>
            <w:r>
              <w:rPr>
                <w:b/>
              </w:rPr>
              <w:br/>
            </w:r>
            <w:r>
              <w:t>Name, Rolle, Datum, Unterschrift</w:t>
            </w:r>
          </w:p>
        </w:tc>
      </w:tr>
    </w:tbl>
    <w:p w14:paraId="55F5F022" w14:textId="77777777" w:rsidR="00732BD6" w:rsidRDefault="00732BD6">
      <w:pPr>
        <w:suppressAutoHyphens/>
        <w:spacing w:after="0" w:line="80" w:lineRule="exact"/>
      </w:pPr>
    </w:p>
    <w:p w14:paraId="570A2AE2" w14:textId="77777777" w:rsidR="00732BD6" w:rsidRDefault="00732BD6">
      <w:pPr>
        <w:suppressAutoHyphens/>
        <w:spacing w:after="0" w:line="20" w:lineRule="exact"/>
      </w:pPr>
    </w:p>
    <w:sectPr w:rsidR="00732BD6" w:rsidSect="00034616">
      <w:headerReference w:type="default" r:id="rId8"/>
      <w:footerReference w:type="default" r:id="rId9"/>
      <w:pgSz w:w="11906" w:h="16838"/>
      <w:pgMar w:top="1417" w:right="1417" w:bottom="1276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F2492ED" w14:textId="77777777" w:rsidR="00AB0CC8" w:rsidRDefault="00AB0CC8">
      <w:pPr>
        <w:spacing w:after="0"/>
      </w:pPr>
      <w:r>
        <w:separator/>
      </w:r>
    </w:p>
  </w:endnote>
  <w:endnote w:type="continuationSeparator" w:id="0">
    <w:p w14:paraId="4CF13E43" w14:textId="77777777" w:rsidR="00AB0CC8" w:rsidRDefault="00AB0CC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BEE8AC" w14:textId="77777777" w:rsidR="00732BD6" w:rsidRDefault="00AB0CC8">
    <w:pPr>
      <w:pStyle w:val="Fuzeile"/>
    </w:pPr>
    <w:r>
      <w:tab/>
      <w:t xml:space="preserve">Seite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von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C820294" w14:textId="77777777" w:rsidR="00AB0CC8" w:rsidRDefault="00AB0CC8">
      <w:pPr>
        <w:spacing w:after="0"/>
      </w:pPr>
      <w:r>
        <w:separator/>
      </w:r>
    </w:p>
  </w:footnote>
  <w:footnote w:type="continuationSeparator" w:id="0">
    <w:p w14:paraId="6EC6D5ED" w14:textId="77777777" w:rsidR="00AB0CC8" w:rsidRDefault="00AB0CC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48E0F1" w14:textId="77777777" w:rsidR="00732BD6" w:rsidRDefault="00732BD6">
    <w:pPr>
      <w:pStyle w:val="Kopfzeile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446048D"/>
    <w:multiLevelType w:val="multilevel"/>
    <w:tmpl w:val="854E9AF6"/>
    <w:lvl w:ilvl="0">
      <w:start w:val="1"/>
      <w:numFmt w:val="decimal"/>
      <w:pStyle w:val="berschrift1"/>
      <w:suff w:val="space"/>
      <w:lvlText w:val="%1."/>
      <w:lvlJc w:val="left"/>
      <w:pPr>
        <w:ind w:left="0" w:firstLine="0"/>
      </w:pPr>
    </w:lvl>
    <w:lvl w:ilvl="1">
      <w:start w:val="1"/>
      <w:numFmt w:val="decimal"/>
      <w:pStyle w:val="berschrift2"/>
      <w:suff w:val="space"/>
      <w:lvlText w:val="%1.%2"/>
      <w:lvlJc w:val="left"/>
      <w:pPr>
        <w:ind w:left="0" w:firstLine="0"/>
      </w:pPr>
    </w:lvl>
    <w:lvl w:ilvl="2">
      <w:start w:val="1"/>
      <w:numFmt w:val="decimal"/>
      <w:pStyle w:val="berschrift3"/>
      <w:suff w:val="space"/>
      <w:lvlText w:val="%1.%2.%3"/>
      <w:lvlJc w:val="left"/>
      <w:pPr>
        <w:ind w:left="0" w:firstLine="0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585413826">
    <w:abstractNumId w:val="8"/>
  </w:num>
  <w:num w:numId="2" w16cid:durableId="1555583406">
    <w:abstractNumId w:val="6"/>
  </w:num>
  <w:num w:numId="3" w16cid:durableId="2082023204">
    <w:abstractNumId w:val="5"/>
  </w:num>
  <w:num w:numId="4" w16cid:durableId="1567837405">
    <w:abstractNumId w:val="4"/>
  </w:num>
  <w:num w:numId="5" w16cid:durableId="44961124">
    <w:abstractNumId w:val="7"/>
  </w:num>
  <w:num w:numId="6" w16cid:durableId="777025797">
    <w:abstractNumId w:val="3"/>
  </w:num>
  <w:num w:numId="7" w16cid:durableId="1823237091">
    <w:abstractNumId w:val="2"/>
  </w:num>
  <w:num w:numId="8" w16cid:durableId="931276390">
    <w:abstractNumId w:val="1"/>
  </w:num>
  <w:num w:numId="9" w16cid:durableId="1946619656">
    <w:abstractNumId w:val="0"/>
  </w:num>
  <w:num w:numId="10" w16cid:durableId="278952689">
    <w:abstractNumId w:val="9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20"/>
  <w:autoHyphenation/>
  <w:consecutiveHyphenLimit w:val="2"/>
  <w:hyphenationZone w:val="425"/>
  <w:doNotHyphenateCap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32BD6"/>
    <w:rsid w:val="00AA1D8D"/>
    <w:rsid w:val="00AB0CC8"/>
    <w:rsid w:val="00B47730"/>
    <w:rsid w:val="00BE402B"/>
    <w:rsid w:val="00CB0664"/>
    <w:rsid w:val="00CC738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B45877"/>
  <w14:defaultImageDpi w14:val="300"/>
  <w15:docId w15:val="{59318944-2523-554A-AF99-7E9C2CEA8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color w:val="000000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20" w:line="240" w:lineRule="auto"/>
    </w:pPr>
    <w:rPr>
      <w:kern w:val="22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numPr>
        <w:numId w:val="10"/>
      </w:numPr>
      <w:spacing w:before="280"/>
      <w:outlineLvl w:val="0"/>
    </w:pPr>
    <w:rPr>
      <w:b/>
      <w:bCs/>
      <w:sz w:val="24"/>
      <w:szCs w:val="24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numPr>
        <w:ilvl w:val="1"/>
        <w:numId w:val="10"/>
      </w:numPr>
      <w:spacing w:before="200"/>
      <w:outlineLvl w:val="1"/>
    </w:pPr>
    <w:rPr>
      <w:b/>
      <w:bCs/>
      <w:sz w:val="24"/>
      <w:szCs w:val="24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numPr>
        <w:ilvl w:val="2"/>
        <w:numId w:val="10"/>
      </w:numPr>
      <w:spacing w:before="160"/>
      <w:outlineLvl w:val="2"/>
    </w:pPr>
    <w:rPr>
      <w:b/>
      <w:bCs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pBdr>
        <w:bottom w:val="single" w:sz="4" w:space="6" w:color="D9D9D9"/>
      </w:pBdr>
      <w:tabs>
        <w:tab w:val="right" w:pos="9072"/>
      </w:tabs>
      <w:spacing w:after="0"/>
    </w:pPr>
    <w:rPr>
      <w:sz w:val="18"/>
      <w:szCs w:val="18"/>
    </w:rPr>
  </w:style>
  <w:style w:type="character" w:customStyle="1" w:styleId="KopfzeileZchn">
    <w:name w:val="Kopfzeile Zchn"/>
    <w:basedOn w:val="Absatz-Standardschriftart"/>
    <w:link w:val="Kopfzeile"/>
    <w:uiPriority w:val="99"/>
    <w:rsid w:val="00E618BF"/>
    <w:rPr>
      <w:rFonts w:ascii="Arial" w:eastAsia="Arial" w:hAnsi="Arial" w:cs="Arial"/>
      <w:color w:val="000000"/>
      <w:kern w:val="22"/>
      <w:sz w:val="18"/>
      <w:szCs w:val="18"/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E618BF"/>
    <w:pPr>
      <w:pBdr>
        <w:top w:val="single" w:sz="4" w:space="6" w:color="D9D9D9"/>
      </w:pBdr>
      <w:tabs>
        <w:tab w:val="right" w:pos="9072"/>
      </w:tabs>
      <w:spacing w:after="0"/>
    </w:pPr>
    <w:rPr>
      <w:sz w:val="18"/>
      <w:szCs w:val="18"/>
    </w:rPr>
  </w:style>
  <w:style w:type="character" w:customStyle="1" w:styleId="FuzeileZchn">
    <w:name w:val="Fußzeile Zchn"/>
    <w:basedOn w:val="Absatz-Standardschriftart"/>
    <w:link w:val="Fuzeile"/>
    <w:uiPriority w:val="99"/>
    <w:rsid w:val="00E618BF"/>
    <w:rPr>
      <w:rFonts w:ascii="Arial" w:eastAsia="Arial" w:hAnsi="Arial" w:cs="Arial"/>
      <w:color w:val="000000"/>
      <w:kern w:val="22"/>
      <w:sz w:val="18"/>
      <w:szCs w:val="18"/>
      <w:lang w:val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="Arial" w:eastAsia="Arial" w:hAnsi="Arial" w:cs="Arial"/>
      <w:b/>
      <w:bCs/>
      <w:color w:val="000000"/>
      <w:kern w:val="22"/>
      <w:sz w:val="24"/>
      <w:szCs w:val="24"/>
      <w:lang w:val="de-DE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paragraph" w:customStyle="1" w:styleId="SunsideTitel">
    <w:name w:val="Sunside Titel"/>
    <w:basedOn w:val="Standard"/>
    <w:qFormat/>
    <w:pPr>
      <w:keepNext/>
      <w:keepLines/>
      <w:pBdr>
        <w:bottom w:val="single" w:sz="6" w:space="8" w:color="000000"/>
      </w:pBdr>
      <w:spacing w:line="460" w:lineRule="exact"/>
    </w:pPr>
    <w:rPr>
      <w:b/>
      <w:bCs/>
      <w:sz w:val="40"/>
      <w:szCs w:val="40"/>
    </w:rPr>
  </w:style>
  <w:style w:type="paragraph" w:customStyle="1" w:styleId="SunsideUntertitel">
    <w:name w:val="Sunside Untertitel"/>
    <w:basedOn w:val="Standard"/>
    <w:qFormat/>
    <w:pPr>
      <w:spacing w:before="240" w:after="0"/>
    </w:pPr>
    <w:rPr>
      <w:b/>
      <w:bCs/>
    </w:rPr>
  </w:style>
  <w:style w:type="paragraph" w:customStyle="1" w:styleId="SunsideAngabe">
    <w:name w:val="Sunside Angabe"/>
    <w:basedOn w:val="Standard"/>
    <w:qFormat/>
    <w:pPr>
      <w:spacing w:after="0"/>
    </w:pPr>
  </w:style>
  <w:style w:type="paragraph" w:customStyle="1" w:styleId="SunsideDokumentart">
    <w:name w:val="Sunside Dokumentart"/>
    <w:basedOn w:val="Standard"/>
    <w:qFormat/>
    <w:pPr>
      <w:spacing w:after="0"/>
    </w:pPr>
  </w:style>
  <w:style w:type="paragraph" w:customStyle="1" w:styleId="SunsideVerzeichnis">
    <w:name w:val="Sunside Verzeichnis"/>
    <w:basedOn w:val="Standard"/>
    <w:qFormat/>
    <w:pPr>
      <w:keepNext/>
      <w:keepLines/>
      <w:spacing w:after="160"/>
    </w:pPr>
    <w:rPr>
      <w:b/>
      <w:bCs/>
      <w:sz w:val="24"/>
      <w:szCs w:val="24"/>
    </w:rPr>
  </w:style>
  <w:style w:type="paragraph" w:customStyle="1" w:styleId="SunsideAufzaehlung">
    <w:name w:val="Sunside Aufzaehlung"/>
    <w:basedOn w:val="Standard"/>
    <w:qFormat/>
    <w:pPr>
      <w:keepLines/>
      <w:spacing w:after="80"/>
      <w:ind w:left="459" w:hanging="261"/>
    </w:pPr>
  </w:style>
  <w:style w:type="paragraph" w:customStyle="1" w:styleId="SunsideAufzaehlung2">
    <w:name w:val="Sunside Aufzaehlung 2"/>
    <w:basedOn w:val="Standard"/>
    <w:qFormat/>
    <w:pPr>
      <w:keepLines/>
      <w:spacing w:after="80"/>
      <w:ind w:left="918" w:hanging="261"/>
    </w:pPr>
  </w:style>
  <w:style w:type="paragraph" w:customStyle="1" w:styleId="SunsideCheckliste">
    <w:name w:val="Sunside Checkliste"/>
    <w:basedOn w:val="Standard"/>
    <w:qFormat/>
    <w:pPr>
      <w:keepLines/>
      <w:spacing w:after="80"/>
      <w:ind w:left="459" w:hanging="261"/>
    </w:pPr>
  </w:style>
  <w:style w:type="paragraph" w:customStyle="1" w:styleId="SunsideTabellenkopf">
    <w:name w:val="Sunside Tabellenkopf"/>
    <w:basedOn w:val="Standard"/>
    <w:qFormat/>
    <w:pPr>
      <w:keepNext/>
      <w:keepLines/>
      <w:suppressAutoHyphens/>
      <w:spacing w:after="0"/>
    </w:pPr>
  </w:style>
  <w:style w:type="paragraph" w:customStyle="1" w:styleId="SunsideTabelle">
    <w:name w:val="Sunside Tabelle"/>
    <w:basedOn w:val="Standard"/>
    <w:qFormat/>
    <w:pPr>
      <w:spacing w:after="0"/>
    </w:pPr>
  </w:style>
  <w:style w:type="paragraph" w:customStyle="1" w:styleId="SunsideBeschriftung">
    <w:name w:val="Sunside Beschriftung"/>
    <w:basedOn w:val="Standard"/>
    <w:qFormat/>
    <w:pPr>
      <w:spacing w:before="60" w:after="240"/>
    </w:pPr>
    <w:rPr>
      <w:sz w:val="20"/>
      <w:szCs w:val="20"/>
    </w:rPr>
  </w:style>
  <w:style w:type="paragraph" w:customStyle="1" w:styleId="SunsideMerksatz">
    <w:name w:val="Sunside Merksatz"/>
    <w:basedOn w:val="Standard"/>
    <w:qFormat/>
    <w:pPr>
      <w:pBdr>
        <w:left w:val="single" w:sz="16" w:space="10" w:color="000000"/>
      </w:pBdr>
      <w:spacing w:before="200" w:after="0"/>
      <w:ind w:left="227"/>
    </w:pPr>
  </w:style>
  <w:style w:type="paragraph" w:customStyle="1" w:styleId="SunsideSprechtext">
    <w:name w:val="Sunside Sprechtext"/>
    <w:basedOn w:val="Standard"/>
    <w:qFormat/>
  </w:style>
  <w:style w:type="paragraph" w:customStyle="1" w:styleId="SunsideParagraf">
    <w:name w:val="Sunside Paragraf"/>
    <w:basedOn w:val="Standard"/>
    <w:qFormat/>
    <w:pPr>
      <w:keepNext/>
      <w:keepLines/>
      <w:spacing w:before="280"/>
      <w:outlineLvl w:val="0"/>
    </w:pPr>
    <w:rPr>
      <w:b/>
      <w:bCs/>
      <w:sz w:val="24"/>
      <w:szCs w:val="24"/>
    </w:rPr>
  </w:style>
  <w:style w:type="paragraph" w:customStyle="1" w:styleId="SunsideZwischentitel">
    <w:name w:val="Sunside Zwischentitel"/>
    <w:basedOn w:val="Standard"/>
    <w:qFormat/>
    <w:pPr>
      <w:keepNext/>
      <w:keepLines/>
      <w:spacing w:before="200"/>
      <w:outlineLvl w:val="1"/>
    </w:pPr>
    <w:rPr>
      <w:b/>
      <w:bCs/>
      <w:sz w:val="24"/>
      <w:szCs w:val="24"/>
    </w:rPr>
  </w:style>
  <w:style w:type="paragraph" w:customStyle="1" w:styleId="SunsideZwischentitel3">
    <w:name w:val="Sunside Zwischentitel 3"/>
    <w:basedOn w:val="Standard"/>
    <w:qFormat/>
    <w:pPr>
      <w:keepNext/>
      <w:keepLines/>
      <w:spacing w:before="160"/>
      <w:outlineLvl w:val="2"/>
    </w:pPr>
    <w:rPr>
      <w:b/>
      <w:bCs/>
      <w:sz w:val="24"/>
      <w:szCs w:val="24"/>
    </w:rPr>
  </w:style>
  <w:style w:type="paragraph" w:customStyle="1" w:styleId="SunsideAnhang">
    <w:name w:val="Sunside Anhang"/>
    <w:basedOn w:val="Standard"/>
    <w:qFormat/>
    <w:pPr>
      <w:keepNext/>
      <w:keepLines/>
      <w:outlineLvl w:val="0"/>
    </w:pPr>
    <w:rPr>
      <w:b/>
      <w:bCs/>
      <w:sz w:val="24"/>
      <w:szCs w:val="24"/>
    </w:rPr>
  </w:style>
  <w:style w:type="paragraph" w:customStyle="1" w:styleId="Verzeichnis11">
    <w:name w:val="Verzeichnis 11"/>
    <w:basedOn w:val="Standard"/>
    <w:qFormat/>
    <w:pPr>
      <w:tabs>
        <w:tab w:val="right" w:leader="dot" w:pos="9072"/>
      </w:tabs>
      <w:spacing w:before="160" w:after="0"/>
    </w:pPr>
    <w:rPr>
      <w:b/>
      <w:bCs/>
    </w:rPr>
  </w:style>
  <w:style w:type="paragraph" w:customStyle="1" w:styleId="Verzeichnis21">
    <w:name w:val="Verzeichnis 21"/>
    <w:basedOn w:val="Standard"/>
    <w:qFormat/>
    <w:pPr>
      <w:tabs>
        <w:tab w:val="right" w:leader="dot" w:pos="9072"/>
      </w:tabs>
      <w:spacing w:before="40" w:after="0"/>
      <w:ind w:left="397"/>
    </w:pPr>
  </w:style>
  <w:style w:type="paragraph" w:customStyle="1" w:styleId="Verzeichnis31">
    <w:name w:val="Verzeichnis 31"/>
    <w:basedOn w:val="Standard"/>
    <w:qFormat/>
    <w:pPr>
      <w:tabs>
        <w:tab w:val="right" w:leader="dot" w:pos="9072"/>
      </w:tabs>
      <w:spacing w:before="40" w:after="0"/>
      <w:ind w:left="79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273</Words>
  <Characters>1776</Characters>
  <Application>Microsoft Office Word</Application>
  <DocSecurity>0</DocSecurity>
  <Lines>105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Bautagebuch</dc:title>
  <dc:subject/>
  <dc:creator/>
  <cp:keywords>neutral</cp:keywords>
  <dc:description/>
  <cp:lastModifiedBy/>
  <cp:revision>2</cp:revision>
  <dcterms:created xsi:type="dcterms:W3CDTF">2026-10-31T22:45:00Z</dcterms:created>
  <dcterms:modified xsi:type="dcterms:W3CDTF">2026-10-31T22:45:00Z</dcterms:modified>
  <cp:category>vertrag</cp:category>
</cp:coreProperties>
</file>