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FE6F09" w14:textId="77777777" w:rsidR="00B01C69" w:rsidRDefault="007179FE">
      <w:pPr>
        <w:pStyle w:val="SunsideTitel"/>
      </w:pPr>
      <w:r>
        <w:t>Auftragsbestätigung</w:t>
      </w:r>
    </w:p>
    <w:p w14:paraId="55F69D7C" w14:textId="77777777" w:rsidR="00B01C69" w:rsidRDefault="007179FE">
      <w:pPr>
        <w:keepLines/>
        <w:suppressAutoHyphens/>
      </w:pPr>
      <w:r>
        <w:t>Hinweis zur Vorlage: Stand Oktober 2026. Für Ihren Einzelfall sprechen Sie mit einer Anwältin oder einem Anwalt. Löschen Sie diesen Absatz, bevor Sie den Vertrag verwenden.</w:t>
      </w:r>
    </w:p>
    <w:p w14:paraId="7104897E" w14:textId="77777777" w:rsidR="00B01C69" w:rsidRDefault="007179FE">
      <w:pPr>
        <w:keepLines/>
        <w:suppressAutoHyphens/>
      </w:pPr>
      <w:r>
        <w:t>[Ausfüllhinweis: Füllen Sie die Klammern aus, streichen Sie, was nicht zutrifft. Löschen Sie vor dem Versand die Überschrift, den Hinweis zur Vorlage und diesen Absatz.]</w:t>
      </w:r>
    </w:p>
    <w:p w14:paraId="561B92BE" w14:textId="77777777" w:rsidR="00B01C69" w:rsidRDefault="007179FE">
      <w:pPr>
        <w:spacing w:before="240"/>
      </w:pPr>
      <w:r>
        <w:rPr>
          <w:sz w:val="18"/>
        </w:rPr>
        <w:t>[Name des Betriebs], [Straße Nr.], [PLZ Ort]</w:t>
      </w:r>
    </w:p>
    <w:p w14:paraId="7AD9797B" w14:textId="77777777" w:rsidR="00B01C69" w:rsidRDefault="007179FE">
      <w:pPr>
        <w:keepLines/>
        <w:suppressAutoHyphens/>
      </w:pPr>
      <w:r>
        <w:t>[Name des Kunden]</w:t>
      </w:r>
      <w:r>
        <w:br/>
        <w:t>[Straße Nr.]</w:t>
      </w:r>
      <w:r>
        <w:br/>
        <w:t>[PLZ Ort]</w:t>
      </w:r>
    </w:p>
    <w:p w14:paraId="04166A8F" w14:textId="77777777" w:rsidR="00B01C69" w:rsidRDefault="007179FE">
      <w:pPr>
        <w:keepLines/>
        <w:suppressAutoHyphens/>
        <w:spacing w:before="160"/>
        <w:jc w:val="right"/>
      </w:pPr>
      <w:r>
        <w:t>[Ort], [TT.MM.JJJJ]</w:t>
      </w:r>
    </w:p>
    <w:p w14:paraId="6B02A1A0" w14:textId="77777777" w:rsidR="00B01C69" w:rsidRDefault="007179FE">
      <w:pPr>
        <w:keepLines/>
        <w:suppressAutoHyphens/>
        <w:spacing w:before="200"/>
      </w:pPr>
      <w:r>
        <w:rPr>
          <w:b/>
        </w:rPr>
        <w:t>Auftragsbestätigung Nr. [Nummer] vom [Datum]</w:t>
      </w:r>
    </w:p>
    <w:p w14:paraId="5EFF615F" w14:textId="77777777" w:rsidR="00B01C69" w:rsidRDefault="007179FE">
      <w:pPr>
        <w:keepLines/>
        <w:suppressAutoHyphens/>
      </w:pPr>
      <w:r>
        <w:t>Ihr Auftrag vom [Datum] zu unserem Angebot Nr. [Nummer] vom [Datum]</w:t>
      </w:r>
    </w:p>
    <w:p w14:paraId="06476915" w14:textId="77777777" w:rsidR="00B01C69" w:rsidRDefault="007179FE">
      <w:pPr>
        <w:keepLines/>
        <w:suppressAutoHyphens/>
        <w:spacing w:before="160"/>
      </w:pPr>
      <w:r>
        <w:t>[Anrede],</w:t>
      </w:r>
    </w:p>
    <w:p w14:paraId="7C970FDC" w14:textId="77777777" w:rsidR="00B01C69" w:rsidRDefault="007179FE">
      <w:pPr>
        <w:keepLines/>
        <w:suppressAutoHyphens/>
      </w:pPr>
      <w:r>
        <w:t>vielen Dank für Ihren Auftrag. Wir bestätigen ihn so:</w:t>
      </w:r>
    </w:p>
    <w:p w14:paraId="4A4864D4" w14:textId="77777777" w:rsidR="00B01C69" w:rsidRDefault="007179FE">
      <w:pPr>
        <w:keepLines/>
        <w:suppressAutoHyphens/>
      </w:pPr>
      <w:r>
        <w:rPr>
          <w:b/>
        </w:rPr>
        <w:t>Leistung:</w:t>
      </w:r>
      <w:r>
        <w:t xml:space="preserve"> [Gewerk und Leistung, zum Beispiel Erneuerung des Badezimmers] nach dem Leistungsverzeichnis in unserem Angebot.</w:t>
      </w:r>
    </w:p>
    <w:p w14:paraId="5651073C" w14:textId="77777777" w:rsidR="00B01C69" w:rsidRDefault="007179FE">
      <w:pPr>
        <w:keepLines/>
        <w:suppressAutoHyphens/>
      </w:pPr>
      <w:r>
        <w:rPr>
          <w:b/>
        </w:rPr>
        <w:t>Einsatzort:</w:t>
      </w:r>
      <w:r>
        <w:t xml:space="preserve"> [Straße Nr., PLZ Ort, Gebäudeteil].</w:t>
      </w:r>
    </w:p>
    <w:p w14:paraId="7D8F6A0D" w14:textId="77777777" w:rsidR="00B01C69" w:rsidRDefault="007179FE">
      <w:pPr>
        <w:keepLines/>
        <w:suppressAutoHyphens/>
      </w:pPr>
      <w:r>
        <w:rPr>
          <w:b/>
        </w:rPr>
        <w:t>Preis:</w:t>
      </w:r>
      <w:r>
        <w:t xml:space="preserve"> [Betrag] € netto zuzüglich [Satz] % Umsatzsteuer, zusammen [Betrag] € brutto. [Pauschalpreis / Abrechnung nach Einheitspreisen und Aufmaß.]</w:t>
      </w:r>
    </w:p>
    <w:p w14:paraId="01E46C16" w14:textId="77777777" w:rsidR="00B01C69" w:rsidRDefault="007179FE">
      <w:pPr>
        <w:keepLines/>
        <w:suppressAutoHyphens/>
      </w:pPr>
      <w:r>
        <w:rPr>
          <w:b/>
        </w:rPr>
        <w:t>Ausführung:</w:t>
      </w:r>
      <w:r>
        <w:t xml:space="preserve"> Beginn [Datum oder Kalenderwoche], Fertigstellung [Datum oder Kalenderwoche].</w:t>
      </w:r>
    </w:p>
    <w:p w14:paraId="3313491B" w14:textId="77777777" w:rsidR="00B01C69" w:rsidRDefault="007179FE">
      <w:pPr>
        <w:keepLines/>
        <w:suppressAutoHyphens/>
      </w:pPr>
      <w:r>
        <w:rPr>
          <w:b/>
        </w:rPr>
        <w:t>Zahlung:</w:t>
      </w:r>
      <w:r>
        <w:t xml:space="preserve"> [Abschläge nach Baufortschritt, Schlussrechnung nach Abnahme, Zahlungsziel].</w:t>
      </w:r>
    </w:p>
    <w:p w14:paraId="05E864BC" w14:textId="77777777" w:rsidR="00B01C69" w:rsidRDefault="007179FE">
      <w:pPr>
        <w:keepNext/>
        <w:keepLines/>
        <w:suppressAutoHyphens/>
        <w:spacing w:before="120" w:after="20"/>
      </w:pPr>
      <w:r>
        <w:t>[Nur wenn Sie vom Angebot oder vom Auftrag des Kunden abweichen:]</w:t>
      </w:r>
    </w:p>
    <w:p w14:paraId="3F6D3532" w14:textId="77777777" w:rsidR="00B01C69" w:rsidRDefault="007179FE">
      <w:pPr>
        <w:keepLines/>
        <w:suppressAutoHyphens/>
      </w:pPr>
      <w:r>
        <w:t>Geändert gegenüber dem Angebot: [Änderung, zum Beispiel neuer Preis oder neuer Termin]. Das gilt erst, wenn Sie zustimmen. Bitte bestätigen Sie es bis zum [Datum] per E-Mail oder Brief. Vorher beginnen wir nicht mit den Arbeiten.</w:t>
      </w:r>
    </w:p>
    <w:p w14:paraId="5B9EA225" w14:textId="77777777" w:rsidR="00B01C69" w:rsidRDefault="007179FE">
      <w:pPr>
        <w:keepNext/>
        <w:keepLines/>
        <w:suppressAutoHyphens/>
        <w:spacing w:before="120" w:after="20"/>
      </w:pPr>
      <w:r>
        <w:t>[Nur wenn Sie im Angebot auf Ihre AGB hingewiesen haben:]</w:t>
      </w:r>
    </w:p>
    <w:p w14:paraId="6FBF3D41" w14:textId="77777777" w:rsidR="00B01C69" w:rsidRDefault="007179FE">
      <w:pPr>
        <w:keepLines/>
        <w:suppressAutoHyphens/>
      </w:pPr>
      <w:r>
        <w:t>Es gelten unsere Allgemeinen Geschäftsbedingungen in der Fassung vom [Monat Jahr], die unserem Angebot beilagen.</w:t>
      </w:r>
    </w:p>
    <w:p w14:paraId="169DE253" w14:textId="77777777" w:rsidR="00B01C69" w:rsidRDefault="007179FE">
      <w:pPr>
        <w:keepNext/>
        <w:keepLines/>
        <w:suppressAutoHyphens/>
        <w:spacing w:before="120" w:after="20"/>
      </w:pPr>
      <w:r>
        <w:t>[Nur bei Privatkunden außerhalb Ihres Betriebs oder im organisierten Telefon- und E-Mail-Vertrieb, falls nicht schon vor Vertragsschluss übergeben:]</w:t>
      </w:r>
    </w:p>
    <w:p w14:paraId="4200396F" w14:textId="77777777" w:rsidR="00B01C69" w:rsidRDefault="007179FE">
      <w:pPr>
        <w:keepLines/>
        <w:suppressAutoHyphens/>
      </w:pPr>
      <w:r>
        <w:t>Anlagen: Widerrufsbelehrung und Muster-Widerrufsformular.</w:t>
      </w:r>
    </w:p>
    <w:p w14:paraId="1DA82268" w14:textId="77777777" w:rsidR="00B01C69" w:rsidRDefault="007179FE">
      <w:pPr>
        <w:keepNext/>
        <w:keepLines/>
        <w:suppressAutoHyphens/>
        <w:spacing w:before="120" w:after="20"/>
      </w:pPr>
      <w:r>
        <w:t>[Nur bei Geschäftskunden nach einem Gespräch:]</w:t>
      </w:r>
    </w:p>
    <w:p w14:paraId="563CA368" w14:textId="77777777" w:rsidR="00B01C69" w:rsidRDefault="007179FE">
      <w:pPr>
        <w:keepLines/>
        <w:suppressAutoHyphens/>
      </w:pPr>
      <w:r>
        <w:t>Dieses Schreiben hält unser Gespräch vom [Datum] mit [Name] fest. Stimmt etwas nicht, widersprechen Sie bitte unverzüglich.</w:t>
      </w:r>
    </w:p>
    <w:p w14:paraId="6F55AC63" w14:textId="77777777" w:rsidR="00B01C69" w:rsidRDefault="007179FE">
      <w:pPr>
        <w:keepNext/>
        <w:keepLines/>
        <w:suppressAutoHyphens/>
        <w:spacing w:before="200"/>
      </w:pPr>
      <w:r>
        <w:t>Mit freundlichen Grüßen</w:t>
      </w:r>
    </w:p>
    <w:p w14:paraId="44C3497A" w14:textId="77777777" w:rsidR="00B01C69" w:rsidRDefault="007179FE">
      <w:pPr>
        <w:keepLines/>
        <w:suppressAutoHyphens/>
        <w:spacing w:before="600"/>
      </w:pPr>
      <w:r>
        <w:t>[Name, Betrieb]</w:t>
      </w:r>
    </w:p>
    <w:sectPr w:rsidR="00B01C69" w:rsidSect="00034616">
      <w:headerReference w:type="default" r:id="rId8"/>
      <w:footerReference w:type="default" r:id="rId9"/>
      <w:pgSz w:w="11906" w:h="16838"/>
      <w:pgMar w:top="1417" w:right="1417" w:bottom="1276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C0061D" w14:textId="77777777" w:rsidR="007179FE" w:rsidRDefault="007179FE">
      <w:pPr>
        <w:spacing w:after="0"/>
      </w:pPr>
      <w:r>
        <w:separator/>
      </w:r>
    </w:p>
  </w:endnote>
  <w:endnote w:type="continuationSeparator" w:id="0">
    <w:p w14:paraId="386903FE" w14:textId="77777777" w:rsidR="007179FE" w:rsidRDefault="007179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5E85CE" w14:textId="77777777" w:rsidR="00B01C69" w:rsidRDefault="007179FE">
    <w:pPr>
      <w:pStyle w:val="Fuzeile"/>
    </w:pPr>
    <w:r>
      <w:tab/>
      <w:t xml:space="preserve">Seite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von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032C6C" w14:textId="77777777" w:rsidR="007179FE" w:rsidRDefault="007179FE">
      <w:pPr>
        <w:spacing w:after="0"/>
      </w:pPr>
      <w:r>
        <w:separator/>
      </w:r>
    </w:p>
  </w:footnote>
  <w:footnote w:type="continuationSeparator" w:id="0">
    <w:p w14:paraId="324FEB8A" w14:textId="77777777" w:rsidR="007179FE" w:rsidRDefault="007179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DE473C" w14:textId="77777777" w:rsidR="00B01C69" w:rsidRDefault="00B01C69">
    <w:pPr>
      <w:pStyle w:val="Kopfzeile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790CB6"/>
    <w:multiLevelType w:val="multilevel"/>
    <w:tmpl w:val="821028B4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berschrift2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berschrift3"/>
      <w:suff w:val="space"/>
      <w:lvlText w:val="%1.%2.%3"/>
      <w:lvlJc w:val="left"/>
      <w:pPr>
        <w:ind w:left="0" w:firstLine="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99105133">
    <w:abstractNumId w:val="8"/>
  </w:num>
  <w:num w:numId="2" w16cid:durableId="1055010737">
    <w:abstractNumId w:val="6"/>
  </w:num>
  <w:num w:numId="3" w16cid:durableId="373309742">
    <w:abstractNumId w:val="5"/>
  </w:num>
  <w:num w:numId="4" w16cid:durableId="1676609551">
    <w:abstractNumId w:val="4"/>
  </w:num>
  <w:num w:numId="5" w16cid:durableId="754939014">
    <w:abstractNumId w:val="7"/>
  </w:num>
  <w:num w:numId="6" w16cid:durableId="1883396419">
    <w:abstractNumId w:val="3"/>
  </w:num>
  <w:num w:numId="7" w16cid:durableId="1053238476">
    <w:abstractNumId w:val="2"/>
  </w:num>
  <w:num w:numId="8" w16cid:durableId="433790937">
    <w:abstractNumId w:val="1"/>
  </w:num>
  <w:num w:numId="9" w16cid:durableId="1926525838">
    <w:abstractNumId w:val="0"/>
  </w:num>
  <w:num w:numId="10" w16cid:durableId="1070998341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efaultTabStop w:val="720"/>
  <w:autoHyphenation/>
  <w:consecutiveHyphenLimit w:val="2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4A31"/>
    <w:rsid w:val="0015074B"/>
    <w:rsid w:val="0029639D"/>
    <w:rsid w:val="00326F90"/>
    <w:rsid w:val="007179FE"/>
    <w:rsid w:val="00AA1D8D"/>
    <w:rsid w:val="00B01C69"/>
    <w:rsid w:val="00B47730"/>
    <w:rsid w:val="00CB0664"/>
    <w:rsid w:val="00CC738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F4F29A"/>
  <w14:defaultImageDpi w14:val="300"/>
  <w15:docId w15:val="{59318944-2523-554A-AF99-7E9C2CEA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20" w:line="240" w:lineRule="auto"/>
    </w:pPr>
    <w:rPr>
      <w:kern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numPr>
        <w:numId w:val="10"/>
      </w:numPr>
      <w:spacing w:before="280"/>
      <w:outlineLvl w:val="0"/>
    </w:pPr>
    <w:rPr>
      <w:b/>
      <w:bCs/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numPr>
        <w:ilvl w:val="1"/>
        <w:numId w:val="10"/>
      </w:numPr>
      <w:spacing w:before="200"/>
      <w:outlineLvl w:val="1"/>
    </w:pPr>
    <w:rPr>
      <w:b/>
      <w:bCs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numPr>
        <w:ilvl w:val="2"/>
        <w:numId w:val="10"/>
      </w:numPr>
      <w:spacing w:before="160"/>
      <w:outlineLvl w:val="2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pBdr>
        <w:bottom w:val="single" w:sz="4" w:space="6" w:color="D9D9D9"/>
      </w:pBdr>
      <w:tabs>
        <w:tab w:val="right" w:pos="9072"/>
      </w:tabs>
      <w:spacing w:after="0"/>
    </w:pPr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E618BF"/>
    <w:rPr>
      <w:rFonts w:ascii="Arial" w:eastAsia="Arial" w:hAnsi="Arial" w:cs="Arial"/>
      <w:color w:val="000000"/>
      <w:kern w:val="22"/>
      <w:sz w:val="18"/>
      <w:szCs w:val="18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E618BF"/>
    <w:pPr>
      <w:pBdr>
        <w:top w:val="single" w:sz="4" w:space="6" w:color="D9D9D9"/>
      </w:pBdr>
      <w:tabs>
        <w:tab w:val="right" w:pos="9072"/>
      </w:tabs>
      <w:spacing w:after="0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E618BF"/>
    <w:rPr>
      <w:rFonts w:ascii="Arial" w:eastAsia="Arial" w:hAnsi="Arial" w:cs="Arial"/>
      <w:color w:val="000000"/>
      <w:kern w:val="22"/>
      <w:sz w:val="18"/>
      <w:szCs w:val="18"/>
      <w:lang w:val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="Arial" w:eastAsia="Arial" w:hAnsi="Arial" w:cs="Arial"/>
      <w:b/>
      <w:bCs/>
      <w:color w:val="000000"/>
      <w:kern w:val="22"/>
      <w:sz w:val="24"/>
      <w:szCs w:val="24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="Arial" w:eastAsia="Arial" w:hAnsi="Arial" w:cs="Arial"/>
      <w:b/>
      <w:bCs/>
      <w:color w:val="000000"/>
      <w:kern w:val="22"/>
      <w:sz w:val="24"/>
      <w:szCs w:val="24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="Arial" w:eastAsia="Arial" w:hAnsi="Arial" w:cs="Arial"/>
      <w:b/>
      <w:bCs/>
      <w:color w:val="000000"/>
      <w:kern w:val="22"/>
      <w:sz w:val="24"/>
      <w:szCs w:val="24"/>
      <w:lang w:val="de-DE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paragraph" w:customStyle="1" w:styleId="SunsideTitel">
    <w:name w:val="Sunside Titel"/>
    <w:basedOn w:val="Standard"/>
    <w:qFormat/>
    <w:pPr>
      <w:keepNext/>
      <w:keepLines/>
      <w:pBdr>
        <w:bottom w:val="single" w:sz="6" w:space="8" w:color="000000"/>
      </w:pBdr>
      <w:spacing w:line="460" w:lineRule="exact"/>
    </w:pPr>
    <w:rPr>
      <w:b/>
      <w:bCs/>
      <w:sz w:val="40"/>
      <w:szCs w:val="40"/>
    </w:rPr>
  </w:style>
  <w:style w:type="paragraph" w:customStyle="1" w:styleId="SunsideUntertitel">
    <w:name w:val="Sunside Untertitel"/>
    <w:basedOn w:val="Standard"/>
    <w:qFormat/>
    <w:pPr>
      <w:spacing w:before="240" w:after="0"/>
    </w:pPr>
    <w:rPr>
      <w:b/>
      <w:bCs/>
    </w:rPr>
  </w:style>
  <w:style w:type="paragraph" w:customStyle="1" w:styleId="SunsideAngabe">
    <w:name w:val="Sunside Angabe"/>
    <w:basedOn w:val="Standard"/>
    <w:qFormat/>
    <w:pPr>
      <w:spacing w:after="0"/>
    </w:pPr>
  </w:style>
  <w:style w:type="paragraph" w:customStyle="1" w:styleId="SunsideDokumentart">
    <w:name w:val="Sunside Dokumentart"/>
    <w:basedOn w:val="Standard"/>
    <w:qFormat/>
    <w:pPr>
      <w:spacing w:after="0"/>
    </w:pPr>
  </w:style>
  <w:style w:type="paragraph" w:customStyle="1" w:styleId="SunsideVerzeichnis">
    <w:name w:val="Sunside Verzeichnis"/>
    <w:basedOn w:val="Standard"/>
    <w:qFormat/>
    <w:pPr>
      <w:keepNext/>
      <w:keepLines/>
      <w:spacing w:after="160"/>
    </w:pPr>
    <w:rPr>
      <w:b/>
      <w:bCs/>
      <w:sz w:val="24"/>
      <w:szCs w:val="24"/>
    </w:rPr>
  </w:style>
  <w:style w:type="paragraph" w:customStyle="1" w:styleId="SunsideAufzaehlung">
    <w:name w:val="Sunside Aufzaehlung"/>
    <w:basedOn w:val="Standard"/>
    <w:qFormat/>
    <w:pPr>
      <w:keepLines/>
      <w:spacing w:after="80"/>
      <w:ind w:left="459" w:hanging="261"/>
    </w:pPr>
  </w:style>
  <w:style w:type="paragraph" w:customStyle="1" w:styleId="SunsideAufzaehlung2">
    <w:name w:val="Sunside Aufzaehlung 2"/>
    <w:basedOn w:val="Standard"/>
    <w:qFormat/>
    <w:pPr>
      <w:keepLines/>
      <w:spacing w:after="80"/>
      <w:ind w:left="918" w:hanging="261"/>
    </w:pPr>
  </w:style>
  <w:style w:type="paragraph" w:customStyle="1" w:styleId="SunsideCheckliste">
    <w:name w:val="Sunside Checkliste"/>
    <w:basedOn w:val="Standard"/>
    <w:qFormat/>
    <w:pPr>
      <w:keepLines/>
      <w:spacing w:after="80"/>
      <w:ind w:left="459" w:hanging="261"/>
    </w:pPr>
  </w:style>
  <w:style w:type="paragraph" w:customStyle="1" w:styleId="SunsideTabellenkopf">
    <w:name w:val="Sunside Tabellenkopf"/>
    <w:basedOn w:val="Standard"/>
    <w:qFormat/>
    <w:pPr>
      <w:keepNext/>
      <w:keepLines/>
      <w:suppressAutoHyphens/>
      <w:spacing w:after="0"/>
    </w:pPr>
  </w:style>
  <w:style w:type="paragraph" w:customStyle="1" w:styleId="SunsideTabelle">
    <w:name w:val="Sunside Tabelle"/>
    <w:basedOn w:val="Standard"/>
    <w:qFormat/>
    <w:pPr>
      <w:spacing w:after="0"/>
    </w:pPr>
  </w:style>
  <w:style w:type="paragraph" w:customStyle="1" w:styleId="SunsideBeschriftung">
    <w:name w:val="Sunside Beschriftung"/>
    <w:basedOn w:val="Standard"/>
    <w:qFormat/>
    <w:pPr>
      <w:spacing w:before="60" w:after="240"/>
    </w:pPr>
    <w:rPr>
      <w:sz w:val="20"/>
      <w:szCs w:val="20"/>
    </w:rPr>
  </w:style>
  <w:style w:type="paragraph" w:customStyle="1" w:styleId="SunsideMerksatz">
    <w:name w:val="Sunside Merksatz"/>
    <w:basedOn w:val="Standard"/>
    <w:qFormat/>
    <w:pPr>
      <w:pBdr>
        <w:left w:val="single" w:sz="16" w:space="10" w:color="000000"/>
      </w:pBdr>
      <w:spacing w:before="200" w:after="0"/>
      <w:ind w:left="227"/>
    </w:pPr>
  </w:style>
  <w:style w:type="paragraph" w:customStyle="1" w:styleId="SunsideSprechtext">
    <w:name w:val="Sunside Sprechtext"/>
    <w:basedOn w:val="Standard"/>
    <w:qFormat/>
  </w:style>
  <w:style w:type="paragraph" w:customStyle="1" w:styleId="SunsideParagraf">
    <w:name w:val="Sunside Paragraf"/>
    <w:basedOn w:val="Standard"/>
    <w:qFormat/>
    <w:pPr>
      <w:keepNext/>
      <w:keepLines/>
      <w:spacing w:before="280"/>
      <w:outlineLvl w:val="0"/>
    </w:pPr>
    <w:rPr>
      <w:b/>
      <w:bCs/>
      <w:sz w:val="24"/>
      <w:szCs w:val="24"/>
    </w:rPr>
  </w:style>
  <w:style w:type="paragraph" w:customStyle="1" w:styleId="SunsideZwischentitel">
    <w:name w:val="Sunside Zwischentitel"/>
    <w:basedOn w:val="Standard"/>
    <w:qFormat/>
    <w:pPr>
      <w:keepNext/>
      <w:keepLines/>
      <w:spacing w:before="200"/>
      <w:outlineLvl w:val="1"/>
    </w:pPr>
    <w:rPr>
      <w:b/>
      <w:bCs/>
      <w:sz w:val="24"/>
      <w:szCs w:val="24"/>
    </w:rPr>
  </w:style>
  <w:style w:type="paragraph" w:customStyle="1" w:styleId="SunsideZwischentitel3">
    <w:name w:val="Sunside Zwischentitel 3"/>
    <w:basedOn w:val="Standard"/>
    <w:qFormat/>
    <w:pPr>
      <w:keepNext/>
      <w:keepLines/>
      <w:spacing w:before="160"/>
      <w:outlineLvl w:val="2"/>
    </w:pPr>
    <w:rPr>
      <w:b/>
      <w:bCs/>
      <w:sz w:val="24"/>
      <w:szCs w:val="24"/>
    </w:rPr>
  </w:style>
  <w:style w:type="paragraph" w:customStyle="1" w:styleId="SunsideAnhang">
    <w:name w:val="Sunside Anhang"/>
    <w:basedOn w:val="Standard"/>
    <w:qFormat/>
    <w:pPr>
      <w:keepNext/>
      <w:keepLines/>
      <w:outlineLvl w:val="0"/>
    </w:pPr>
    <w:rPr>
      <w:b/>
      <w:bCs/>
      <w:sz w:val="24"/>
      <w:szCs w:val="24"/>
    </w:rPr>
  </w:style>
  <w:style w:type="paragraph" w:customStyle="1" w:styleId="Verzeichnis11">
    <w:name w:val="Verzeichnis 11"/>
    <w:basedOn w:val="Standard"/>
    <w:qFormat/>
    <w:pPr>
      <w:tabs>
        <w:tab w:val="right" w:leader="dot" w:pos="9072"/>
      </w:tabs>
      <w:spacing w:before="160" w:after="0"/>
    </w:pPr>
    <w:rPr>
      <w:b/>
      <w:bCs/>
    </w:rPr>
  </w:style>
  <w:style w:type="paragraph" w:customStyle="1" w:styleId="Verzeichnis21">
    <w:name w:val="Verzeichnis 21"/>
    <w:basedOn w:val="Standard"/>
    <w:qFormat/>
    <w:pPr>
      <w:tabs>
        <w:tab w:val="right" w:leader="dot" w:pos="9072"/>
      </w:tabs>
      <w:spacing w:before="40" w:after="0"/>
      <w:ind w:left="397"/>
    </w:pPr>
  </w:style>
  <w:style w:type="paragraph" w:customStyle="1" w:styleId="Verzeichnis31">
    <w:name w:val="Verzeichnis 31"/>
    <w:basedOn w:val="Standard"/>
    <w:qFormat/>
    <w:pPr>
      <w:tabs>
        <w:tab w:val="right" w:leader="dot" w:pos="9072"/>
      </w:tabs>
      <w:spacing w:before="40" w:after="0"/>
      <w:ind w:left="79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1752</Characters>
  <Application>Microsoft Office Word</Application>
  <DocSecurity>0</DocSecurity>
  <Lines>37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Auftragsbestätigung</dc:title>
  <dc:subject/>
  <dc:creator/>
  <cp:keywords>neutral</cp:keywords>
  <dc:description/>
  <cp:lastModifiedBy/>
  <cp:revision>2</cp:revision>
  <dcterms:created xsi:type="dcterms:W3CDTF">2026-10-31T21:57:00Z</dcterms:created>
  <dcterms:modified xsi:type="dcterms:W3CDTF">2026-10-31T21:57:00Z</dcterms:modified>
  <cp:category>vertrag</cp:category>
</cp:coreProperties>
</file>