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B55BC1" w14:textId="77777777" w:rsidR="00E36735" w:rsidRDefault="004A1335">
      <w:pPr>
        <w:pStyle w:val="SunsideTitel"/>
      </w:pPr>
      <w:r>
        <w:t>Abnahmeprotokoll</w:t>
      </w:r>
    </w:p>
    <w:p w14:paraId="2B8DD029" w14:textId="77777777" w:rsidR="00E36735" w:rsidRDefault="004A1335">
      <w:r>
        <w:t>Hinweis zur Vorlage: Stand Oktober 2026. Für Ihren Einzelfall sprechen Sie mit einer Anwältin oder einem Anwalt. Löschen Sie diesen Absatz, bevor Sie den Vertrag verwenden.</w:t>
      </w:r>
    </w:p>
    <w:p w14:paraId="7A776E96" w14:textId="77777777" w:rsidR="00E36735" w:rsidRDefault="00E36735">
      <w:pPr>
        <w:spacing w:after="0" w:line="240" w:lineRule="exact"/>
      </w:pPr>
    </w:p>
    <w:tbl>
      <w:tblPr>
        <w:tblW w:w="0" w:type="auto"/>
        <w:tblLayout w:type="fixed"/>
        <w:tblLook w:val="04A0" w:firstRow="1" w:lastRow="0" w:firstColumn="1" w:lastColumn="0" w:noHBand="0" w:noVBand="1"/>
      </w:tblPr>
      <w:tblGrid>
        <w:gridCol w:w="2268"/>
        <w:gridCol w:w="6803"/>
      </w:tblGrid>
      <w:tr w:rsidR="00E36735" w14:paraId="101A5E29" w14:textId="77777777">
        <w:trPr>
          <w:cantSplit/>
        </w:trPr>
        <w:tc>
          <w:tcPr>
            <w:tcW w:w="2268" w:type="dxa"/>
            <w:tcBorders>
              <w:top w:val="single" w:sz="8" w:space="0" w:color="000000"/>
            </w:tcBorders>
            <w:tcMar>
              <w:top w:w="100" w:type="dxa"/>
              <w:left w:w="0" w:type="dxa"/>
              <w:bottom w:w="100" w:type="dxa"/>
              <w:right w:w="170" w:type="dxa"/>
            </w:tcMar>
          </w:tcPr>
          <w:p w14:paraId="52DA6B73" w14:textId="77777777" w:rsidR="00E36735" w:rsidRDefault="004A1335">
            <w:pPr>
              <w:pStyle w:val="SunsideTabelle"/>
              <w:keepNext/>
              <w:suppressAutoHyphens/>
            </w:pPr>
            <w:r>
              <w:t>Auftraggeber</w:t>
            </w:r>
          </w:p>
        </w:tc>
        <w:tc>
          <w:tcPr>
            <w:tcW w:w="6803" w:type="dxa"/>
            <w:tcBorders>
              <w:top w:val="single" w:sz="8" w:space="0" w:color="000000"/>
            </w:tcBorders>
            <w:tcMar>
              <w:top w:w="100" w:type="dxa"/>
              <w:left w:w="0" w:type="dxa"/>
              <w:bottom w:w="100" w:type="dxa"/>
              <w:right w:w="170" w:type="dxa"/>
            </w:tcMar>
          </w:tcPr>
          <w:p w14:paraId="2058F777" w14:textId="77777777" w:rsidR="00E36735" w:rsidRDefault="004A1335">
            <w:pPr>
              <w:pStyle w:val="SunsideTabelle"/>
              <w:keepNext/>
              <w:suppressAutoHyphens/>
            </w:pPr>
            <w:r>
              <w:t>[Vorname Nachname oder Firma], [Straße Nr.], [PLZ Ort]</w:t>
            </w:r>
          </w:p>
        </w:tc>
      </w:tr>
      <w:tr w:rsidR="00E36735" w14:paraId="01FF8DB7" w14:textId="77777777">
        <w:trPr>
          <w:cantSplit/>
        </w:trPr>
        <w:tc>
          <w:tcPr>
            <w:tcW w:w="2268" w:type="dxa"/>
            <w:tcMar>
              <w:top w:w="100" w:type="dxa"/>
              <w:left w:w="0" w:type="dxa"/>
              <w:bottom w:w="100" w:type="dxa"/>
              <w:right w:w="170" w:type="dxa"/>
            </w:tcMar>
          </w:tcPr>
          <w:p w14:paraId="5E9AFAC6" w14:textId="77777777" w:rsidR="00E36735" w:rsidRDefault="004A1335">
            <w:pPr>
              <w:pStyle w:val="SunsideTabelle"/>
              <w:keepNext/>
              <w:suppressAutoHyphens/>
            </w:pPr>
            <w:r>
              <w:t>Auftragnehmer</w:t>
            </w:r>
          </w:p>
        </w:tc>
        <w:tc>
          <w:tcPr>
            <w:tcW w:w="6803" w:type="dxa"/>
            <w:tcMar>
              <w:top w:w="100" w:type="dxa"/>
              <w:left w:w="0" w:type="dxa"/>
              <w:bottom w:w="100" w:type="dxa"/>
              <w:right w:w="170" w:type="dxa"/>
            </w:tcMar>
          </w:tcPr>
          <w:p w14:paraId="7A935A63" w14:textId="77777777" w:rsidR="00E36735" w:rsidRDefault="004A1335">
            <w:pPr>
              <w:pStyle w:val="SunsideTabelle"/>
              <w:keepNext/>
              <w:suppressAutoHyphens/>
            </w:pPr>
            <w:r>
              <w:t>[Name des Betriebs], [Straße Nr.], [PLZ Ort]</w:t>
            </w:r>
          </w:p>
        </w:tc>
      </w:tr>
      <w:tr w:rsidR="00E36735" w14:paraId="24532C57" w14:textId="77777777">
        <w:trPr>
          <w:cantSplit/>
        </w:trPr>
        <w:tc>
          <w:tcPr>
            <w:tcW w:w="2268" w:type="dxa"/>
            <w:tcMar>
              <w:top w:w="100" w:type="dxa"/>
              <w:left w:w="0" w:type="dxa"/>
              <w:bottom w:w="100" w:type="dxa"/>
              <w:right w:w="170" w:type="dxa"/>
            </w:tcMar>
          </w:tcPr>
          <w:p w14:paraId="43EC61CC" w14:textId="77777777" w:rsidR="00E36735" w:rsidRDefault="004A1335">
            <w:pPr>
              <w:pStyle w:val="SunsideTabelle"/>
              <w:keepNext/>
              <w:suppressAutoHyphens/>
            </w:pPr>
            <w:r>
              <w:t>Ort der Leistung</w:t>
            </w:r>
          </w:p>
        </w:tc>
        <w:tc>
          <w:tcPr>
            <w:tcW w:w="6803" w:type="dxa"/>
            <w:tcMar>
              <w:top w:w="100" w:type="dxa"/>
              <w:left w:w="0" w:type="dxa"/>
              <w:bottom w:w="100" w:type="dxa"/>
              <w:right w:w="170" w:type="dxa"/>
            </w:tcMar>
          </w:tcPr>
          <w:p w14:paraId="5E70B16B" w14:textId="77777777" w:rsidR="00E36735" w:rsidRDefault="004A1335">
            <w:pPr>
              <w:pStyle w:val="SunsideTabelle"/>
              <w:keepNext/>
              <w:suppressAutoHyphens/>
            </w:pPr>
            <w:r>
              <w:t>[Anschrift, Gebäudeteil, Raum]</w:t>
            </w:r>
          </w:p>
        </w:tc>
      </w:tr>
      <w:tr w:rsidR="00E36735" w14:paraId="4FAB4108" w14:textId="77777777">
        <w:trPr>
          <w:cantSplit/>
        </w:trPr>
        <w:tc>
          <w:tcPr>
            <w:tcW w:w="2268" w:type="dxa"/>
            <w:tcMar>
              <w:top w:w="100" w:type="dxa"/>
              <w:left w:w="0" w:type="dxa"/>
              <w:bottom w:w="100" w:type="dxa"/>
              <w:right w:w="170" w:type="dxa"/>
            </w:tcMar>
          </w:tcPr>
          <w:p w14:paraId="25D8D09C" w14:textId="77777777" w:rsidR="00E36735" w:rsidRDefault="004A1335">
            <w:pPr>
              <w:pStyle w:val="SunsideTabelle"/>
              <w:keepNext/>
              <w:suppressAutoHyphens/>
            </w:pPr>
            <w:r>
              <w:t>Vertrag</w:t>
            </w:r>
          </w:p>
        </w:tc>
        <w:tc>
          <w:tcPr>
            <w:tcW w:w="6803" w:type="dxa"/>
            <w:tcMar>
              <w:top w:w="100" w:type="dxa"/>
              <w:left w:w="0" w:type="dxa"/>
              <w:bottom w:w="100" w:type="dxa"/>
              <w:right w:w="170" w:type="dxa"/>
            </w:tcMar>
          </w:tcPr>
          <w:p w14:paraId="09C7C3B2" w14:textId="77777777" w:rsidR="00E36735" w:rsidRDefault="004A1335">
            <w:pPr>
              <w:pStyle w:val="SunsideTabelle"/>
              <w:keepNext/>
              <w:suppressAutoHyphens/>
            </w:pPr>
            <w:r>
              <w:t>[Angebot oder Vertrag Nr.] vom [Datum]</w:t>
            </w:r>
          </w:p>
        </w:tc>
      </w:tr>
      <w:tr w:rsidR="00E36735" w14:paraId="7D9ECA24" w14:textId="77777777">
        <w:trPr>
          <w:cantSplit/>
        </w:trPr>
        <w:tc>
          <w:tcPr>
            <w:tcW w:w="2268" w:type="dxa"/>
            <w:tcBorders>
              <w:bottom w:val="single" w:sz="8" w:space="0" w:color="000000"/>
            </w:tcBorders>
            <w:tcMar>
              <w:top w:w="100" w:type="dxa"/>
              <w:left w:w="0" w:type="dxa"/>
              <w:bottom w:w="100" w:type="dxa"/>
              <w:right w:w="170" w:type="dxa"/>
            </w:tcMar>
          </w:tcPr>
          <w:p w14:paraId="77EAA0AD" w14:textId="77777777" w:rsidR="00E36735" w:rsidRDefault="004A1335">
            <w:pPr>
              <w:pStyle w:val="SunsideTabelle"/>
              <w:suppressAutoHyphens/>
            </w:pPr>
            <w:r>
              <w:t>Nachträge</w:t>
            </w:r>
          </w:p>
        </w:tc>
        <w:tc>
          <w:tcPr>
            <w:tcW w:w="6803" w:type="dxa"/>
            <w:tcBorders>
              <w:bottom w:val="single" w:sz="8" w:space="0" w:color="000000"/>
            </w:tcBorders>
            <w:tcMar>
              <w:top w:w="100" w:type="dxa"/>
              <w:left w:w="0" w:type="dxa"/>
              <w:bottom w:w="100" w:type="dxa"/>
              <w:right w:w="170" w:type="dxa"/>
            </w:tcMar>
          </w:tcPr>
          <w:p w14:paraId="7F2305B4" w14:textId="77777777" w:rsidR="00E36735" w:rsidRDefault="004A1335">
            <w:pPr>
              <w:pStyle w:val="SunsideTabelle"/>
              <w:suppressAutoHyphens/>
            </w:pPr>
            <w:r>
              <w:t>[Nr.] vom [Datum]</w:t>
            </w:r>
          </w:p>
        </w:tc>
      </w:tr>
    </w:tbl>
    <w:p w14:paraId="4FBDBBBE" w14:textId="77777777" w:rsidR="00E36735" w:rsidRDefault="00E36735">
      <w:pPr>
        <w:spacing w:after="0" w:line="120" w:lineRule="exact"/>
      </w:pPr>
    </w:p>
    <w:p w14:paraId="3CD83AD2" w14:textId="77777777" w:rsidR="00E36735" w:rsidRDefault="004A1335">
      <w:pPr>
        <w:pStyle w:val="SunsideZwischentitel"/>
      </w:pPr>
      <w:r>
        <w:t>1. Art der Abnahme</w:t>
      </w:r>
    </w:p>
    <w:p w14:paraId="4E55591D" w14:textId="77777777" w:rsidR="00E36735" w:rsidRDefault="004A1335">
      <w:pPr>
        <w:pStyle w:val="SunsideCheckliste"/>
        <w:keepNext/>
      </w:pPr>
      <w:r>
        <w:t>□</w:t>
      </w:r>
      <w:r>
        <w:tab/>
      </w:r>
      <w:r>
        <w:t>Gesamtabnahme</w:t>
      </w:r>
    </w:p>
    <w:p w14:paraId="3B488AAC" w14:textId="77777777" w:rsidR="00E36735" w:rsidRDefault="004A1335">
      <w:pPr>
        <w:pStyle w:val="SunsideCheckliste"/>
        <w:spacing w:after="120"/>
      </w:pPr>
      <w:r>
        <w:t>□</w:t>
      </w:r>
      <w:r>
        <w:tab/>
      </w:r>
      <w:r>
        <w:t>Teilabnahme für folgenden in sich abgeschlossenen Teil der Leistung: [Beschreibung]</w:t>
      </w:r>
    </w:p>
    <w:p w14:paraId="68FCB9DB" w14:textId="77777777" w:rsidR="00E36735" w:rsidRDefault="004A1335">
      <w:pPr>
        <w:pStyle w:val="SunsideZwischentitel"/>
      </w:pPr>
      <w:r>
        <w:t>2. Termin und Anwesende</w:t>
      </w:r>
    </w:p>
    <w:p w14:paraId="4272EA70" w14:textId="77777777" w:rsidR="00E36735" w:rsidRDefault="004A1335">
      <w:r>
        <w:t>Datum: [TT.MM.JJJJ]    Uhrzeit: [Uhrzeit]    Ort: [Ort]</w:t>
      </w:r>
    </w:p>
    <w:p w14:paraId="4D98A965" w14:textId="77777777" w:rsidR="00E36735" w:rsidRDefault="004A1335">
      <w:pPr>
        <w:spacing w:after="40"/>
      </w:pPr>
      <w:r>
        <w:t>Für den Auftraggeber: [Name, Funktion]</w:t>
      </w:r>
    </w:p>
    <w:p w14:paraId="74A7784E" w14:textId="77777777" w:rsidR="00E36735" w:rsidRDefault="004A1335">
      <w:pPr>
        <w:pStyle w:val="SunsideCheckliste"/>
        <w:spacing w:after="40"/>
      </w:pPr>
      <w:r>
        <w:t>□</w:t>
      </w:r>
      <w:r>
        <w:tab/>
      </w:r>
      <w:r>
        <w:t>Vollmacht des Auftraggebers liegt vor</w:t>
      </w:r>
    </w:p>
    <w:p w14:paraId="57BF48C3" w14:textId="77777777" w:rsidR="00E36735" w:rsidRDefault="004A1335">
      <w:r>
        <w:t>Für den Auftragnehmer: [Name, Funktion]</w:t>
      </w:r>
      <w:r>
        <w:br/>
        <w:t>Weitere Personen: [Name, Funktion, zum Beispiel Architekt oder Sachverständiger]</w:t>
      </w:r>
    </w:p>
    <w:p w14:paraId="6057476A" w14:textId="77777777" w:rsidR="00E36735" w:rsidRDefault="004A1335">
      <w:pPr>
        <w:pStyle w:val="SunsideZwischentitel"/>
      </w:pPr>
      <w:r>
        <w:t>3. Abgenommene Leistung</w:t>
      </w:r>
    </w:p>
    <w:p w14:paraId="0F5BA0E7" w14:textId="77777777" w:rsidR="00E36735" w:rsidRDefault="004A1335">
      <w:r>
        <w:t>[Leistung, zum Beispiel Badsanierung im Erdgeschoss laut Angebot Nr. 2026-118], ausgeführt vom [Datum] bis [Datum].</w:t>
      </w:r>
    </w:p>
    <w:p w14:paraId="493866E7" w14:textId="77777777" w:rsidR="00E36735" w:rsidRDefault="004A1335">
      <w:pPr>
        <w:pStyle w:val="SunsideZwischentitel"/>
      </w:pPr>
      <w:r>
        <w:t>4. Ergebnis</w:t>
      </w:r>
    </w:p>
    <w:p w14:paraId="13D09379" w14:textId="77777777" w:rsidR="00E36735" w:rsidRDefault="004A1335">
      <w:pPr>
        <w:pStyle w:val="SunsideCheckliste"/>
        <w:keepNext/>
      </w:pPr>
      <w:r>
        <w:t>□</w:t>
      </w:r>
      <w:r>
        <w:tab/>
      </w:r>
      <w:r>
        <w:t>Die Leistung wird abgenommen. Es wurden keine Mängel festgestellt.</w:t>
      </w:r>
    </w:p>
    <w:p w14:paraId="43B63D7B" w14:textId="77777777" w:rsidR="00E36735" w:rsidRDefault="004A1335">
      <w:pPr>
        <w:pStyle w:val="SunsideCheckliste"/>
        <w:keepNext/>
      </w:pPr>
      <w:r>
        <w:t>□</w:t>
      </w:r>
      <w:r>
        <w:tab/>
      </w:r>
      <w:r>
        <w:t>Die Abnahme wird verweigert wegen: [mindestens ein konkreter Mangel]</w:t>
      </w:r>
    </w:p>
    <w:p w14:paraId="41617E30" w14:textId="77777777" w:rsidR="00E36735" w:rsidRDefault="004A1335">
      <w:pPr>
        <w:pStyle w:val="SunsideCheckliste"/>
        <w:spacing w:after="120"/>
      </w:pPr>
      <w:r>
        <w:t>□</w:t>
      </w:r>
      <w:r>
        <w:tab/>
      </w:r>
      <w:r>
        <w:t>Die Leistung wird abgenommen. Folgende Mängel und noch ausstehende Arbeiten (Restleistungen) sind offen. Der Auftragnehmer erledigt sie bis zur Frist in der Tabelle oder auf Beiblatt Nr. [ ]:</w:t>
      </w:r>
    </w:p>
    <w:p w14:paraId="5432BD7F" w14:textId="77777777" w:rsidR="00E36735" w:rsidRDefault="00E36735">
      <w:pPr>
        <w:spacing w:after="0" w:line="120" w:lineRule="exact"/>
      </w:pPr>
    </w:p>
    <w:tbl>
      <w:tblPr>
        <w:tblW w:w="0" w:type="auto"/>
        <w:tblLayout w:type="fixed"/>
        <w:tblLook w:val="04A0" w:firstRow="1" w:lastRow="0" w:firstColumn="1" w:lastColumn="0" w:noHBand="0" w:noVBand="1"/>
      </w:tblPr>
      <w:tblGrid>
        <w:gridCol w:w="680"/>
        <w:gridCol w:w="5896"/>
        <w:gridCol w:w="1247"/>
        <w:gridCol w:w="1247"/>
      </w:tblGrid>
      <w:tr w:rsidR="00E36735" w14:paraId="3DE4D86F" w14:textId="77777777">
        <w:trPr>
          <w:cantSplit/>
          <w:tblHeader/>
        </w:trPr>
        <w:tc>
          <w:tcPr>
            <w:tcW w:w="680" w:type="dxa"/>
            <w:tcBorders>
              <w:top w:val="single" w:sz="8" w:space="0" w:color="000000"/>
              <w:bottom w:val="single" w:sz="6" w:space="0" w:color="000000"/>
            </w:tcBorders>
            <w:tcMar>
              <w:top w:w="100" w:type="dxa"/>
              <w:left w:w="0" w:type="dxa"/>
              <w:bottom w:w="100" w:type="dxa"/>
              <w:right w:w="170" w:type="dxa"/>
            </w:tcMar>
          </w:tcPr>
          <w:p w14:paraId="399C849C" w14:textId="77777777" w:rsidR="00E36735" w:rsidRDefault="004A1335">
            <w:pPr>
              <w:pStyle w:val="SunsideTabellenkopf"/>
            </w:pPr>
            <w:r>
              <w:t>Nr.</w:t>
            </w:r>
          </w:p>
        </w:tc>
        <w:tc>
          <w:tcPr>
            <w:tcW w:w="5896" w:type="dxa"/>
            <w:tcBorders>
              <w:top w:val="single" w:sz="8" w:space="0" w:color="000000"/>
              <w:bottom w:val="single" w:sz="6" w:space="0" w:color="000000"/>
            </w:tcBorders>
            <w:tcMar>
              <w:top w:w="100" w:type="dxa"/>
              <w:left w:w="0" w:type="dxa"/>
              <w:bottom w:w="100" w:type="dxa"/>
              <w:right w:w="170" w:type="dxa"/>
            </w:tcMar>
          </w:tcPr>
          <w:p w14:paraId="4498157C" w14:textId="77777777" w:rsidR="00E36735" w:rsidRDefault="004A1335">
            <w:pPr>
              <w:pStyle w:val="SunsideTabellenkopf"/>
            </w:pPr>
            <w:r>
              <w:t>Mangel oder Restleistung (Ort, Beschreibung)</w:t>
            </w:r>
          </w:p>
        </w:tc>
        <w:tc>
          <w:tcPr>
            <w:tcW w:w="1247" w:type="dxa"/>
            <w:tcBorders>
              <w:top w:val="single" w:sz="8" w:space="0" w:color="000000"/>
              <w:bottom w:val="single" w:sz="6" w:space="0" w:color="000000"/>
            </w:tcBorders>
            <w:tcMar>
              <w:top w:w="100" w:type="dxa"/>
              <w:left w:w="0" w:type="dxa"/>
              <w:bottom w:w="100" w:type="dxa"/>
              <w:right w:w="170" w:type="dxa"/>
            </w:tcMar>
          </w:tcPr>
          <w:p w14:paraId="197D1476" w14:textId="77777777" w:rsidR="00E36735" w:rsidRDefault="004A1335">
            <w:pPr>
              <w:pStyle w:val="SunsideTabellenkopf"/>
            </w:pPr>
            <w:r>
              <w:t>Foto Nr.</w:t>
            </w:r>
          </w:p>
        </w:tc>
        <w:tc>
          <w:tcPr>
            <w:tcW w:w="1247" w:type="dxa"/>
            <w:tcBorders>
              <w:top w:val="single" w:sz="8" w:space="0" w:color="000000"/>
              <w:bottom w:val="single" w:sz="6" w:space="0" w:color="000000"/>
            </w:tcBorders>
            <w:tcMar>
              <w:top w:w="100" w:type="dxa"/>
              <w:left w:w="0" w:type="dxa"/>
              <w:bottom w:w="100" w:type="dxa"/>
              <w:right w:w="170" w:type="dxa"/>
            </w:tcMar>
          </w:tcPr>
          <w:p w14:paraId="6E86A13F" w14:textId="77777777" w:rsidR="00E36735" w:rsidRDefault="004A1335">
            <w:pPr>
              <w:pStyle w:val="SunsideTabellenkopf"/>
            </w:pPr>
            <w:r>
              <w:t>Frist</w:t>
            </w:r>
          </w:p>
        </w:tc>
      </w:tr>
      <w:tr w:rsidR="00E36735" w14:paraId="3855BC56" w14:textId="77777777">
        <w:trPr>
          <w:cantSplit/>
          <w:trHeight w:val="454"/>
        </w:trPr>
        <w:tc>
          <w:tcPr>
            <w:tcW w:w="680" w:type="dxa"/>
            <w:tcBorders>
              <w:bottom w:val="single" w:sz="4" w:space="0" w:color="000000"/>
            </w:tcBorders>
            <w:tcMar>
              <w:top w:w="100" w:type="dxa"/>
              <w:left w:w="0" w:type="dxa"/>
              <w:bottom w:w="100" w:type="dxa"/>
              <w:right w:w="170" w:type="dxa"/>
            </w:tcMar>
          </w:tcPr>
          <w:p w14:paraId="0F4FFF68" w14:textId="77777777" w:rsidR="00E36735" w:rsidRDefault="004A1335">
            <w:pPr>
              <w:pStyle w:val="SunsideTabelle"/>
              <w:keepNext/>
              <w:suppressAutoHyphens/>
            </w:pPr>
            <w:r>
              <w:t>1</w:t>
            </w:r>
          </w:p>
        </w:tc>
        <w:tc>
          <w:tcPr>
            <w:tcW w:w="5896" w:type="dxa"/>
            <w:tcBorders>
              <w:bottom w:val="single" w:sz="4" w:space="0" w:color="000000"/>
            </w:tcBorders>
            <w:tcMar>
              <w:top w:w="100" w:type="dxa"/>
              <w:left w:w="0" w:type="dxa"/>
              <w:bottom w:w="100" w:type="dxa"/>
              <w:right w:w="170" w:type="dxa"/>
            </w:tcMar>
          </w:tcPr>
          <w:p w14:paraId="0B05ED89" w14:textId="77777777" w:rsidR="00E36735" w:rsidRDefault="00E36735">
            <w:pPr>
              <w:pStyle w:val="SunsideTabelle"/>
              <w:keepNext/>
              <w:suppressAutoHyphens/>
            </w:pPr>
          </w:p>
        </w:tc>
        <w:tc>
          <w:tcPr>
            <w:tcW w:w="1247" w:type="dxa"/>
            <w:tcBorders>
              <w:bottom w:val="single" w:sz="4" w:space="0" w:color="000000"/>
            </w:tcBorders>
            <w:tcMar>
              <w:top w:w="100" w:type="dxa"/>
              <w:left w:w="0" w:type="dxa"/>
              <w:bottom w:w="100" w:type="dxa"/>
              <w:right w:w="170" w:type="dxa"/>
            </w:tcMar>
          </w:tcPr>
          <w:p w14:paraId="7D764F72" w14:textId="77777777" w:rsidR="00E36735" w:rsidRDefault="00E36735">
            <w:pPr>
              <w:pStyle w:val="SunsideTabelle"/>
              <w:keepNext/>
              <w:suppressAutoHyphens/>
            </w:pPr>
          </w:p>
        </w:tc>
        <w:tc>
          <w:tcPr>
            <w:tcW w:w="1247" w:type="dxa"/>
            <w:tcBorders>
              <w:bottom w:val="single" w:sz="4" w:space="0" w:color="000000"/>
            </w:tcBorders>
            <w:tcMar>
              <w:top w:w="100" w:type="dxa"/>
              <w:left w:w="0" w:type="dxa"/>
              <w:bottom w:w="100" w:type="dxa"/>
              <w:right w:w="170" w:type="dxa"/>
            </w:tcMar>
          </w:tcPr>
          <w:p w14:paraId="3ED2CED6" w14:textId="77777777" w:rsidR="00E36735" w:rsidRDefault="00E36735">
            <w:pPr>
              <w:pStyle w:val="SunsideTabelle"/>
              <w:keepNext/>
              <w:suppressAutoHyphens/>
            </w:pPr>
          </w:p>
        </w:tc>
      </w:tr>
      <w:tr w:rsidR="00E36735" w14:paraId="1B394C7F" w14:textId="77777777">
        <w:trPr>
          <w:cantSplit/>
          <w:trHeight w:val="454"/>
        </w:trPr>
        <w:tc>
          <w:tcPr>
            <w:tcW w:w="680" w:type="dxa"/>
            <w:tcBorders>
              <w:bottom w:val="single" w:sz="4" w:space="0" w:color="000000"/>
            </w:tcBorders>
            <w:tcMar>
              <w:top w:w="100" w:type="dxa"/>
              <w:left w:w="0" w:type="dxa"/>
              <w:bottom w:w="100" w:type="dxa"/>
              <w:right w:w="170" w:type="dxa"/>
            </w:tcMar>
          </w:tcPr>
          <w:p w14:paraId="4C270BDA" w14:textId="77777777" w:rsidR="00E36735" w:rsidRDefault="004A1335">
            <w:pPr>
              <w:pStyle w:val="SunsideTabelle"/>
              <w:keepNext/>
              <w:suppressAutoHyphens/>
            </w:pPr>
            <w:r>
              <w:t>2</w:t>
            </w:r>
          </w:p>
        </w:tc>
        <w:tc>
          <w:tcPr>
            <w:tcW w:w="5896" w:type="dxa"/>
            <w:tcBorders>
              <w:bottom w:val="single" w:sz="4" w:space="0" w:color="000000"/>
            </w:tcBorders>
            <w:tcMar>
              <w:top w:w="100" w:type="dxa"/>
              <w:left w:w="0" w:type="dxa"/>
              <w:bottom w:w="100" w:type="dxa"/>
              <w:right w:w="170" w:type="dxa"/>
            </w:tcMar>
          </w:tcPr>
          <w:p w14:paraId="10FE9785" w14:textId="77777777" w:rsidR="00E36735" w:rsidRDefault="00E36735">
            <w:pPr>
              <w:pStyle w:val="SunsideTabelle"/>
              <w:keepNext/>
              <w:suppressAutoHyphens/>
            </w:pPr>
          </w:p>
        </w:tc>
        <w:tc>
          <w:tcPr>
            <w:tcW w:w="1247" w:type="dxa"/>
            <w:tcBorders>
              <w:bottom w:val="single" w:sz="4" w:space="0" w:color="000000"/>
            </w:tcBorders>
            <w:tcMar>
              <w:top w:w="100" w:type="dxa"/>
              <w:left w:w="0" w:type="dxa"/>
              <w:bottom w:w="100" w:type="dxa"/>
              <w:right w:w="170" w:type="dxa"/>
            </w:tcMar>
          </w:tcPr>
          <w:p w14:paraId="12077D52" w14:textId="77777777" w:rsidR="00E36735" w:rsidRDefault="00E36735">
            <w:pPr>
              <w:pStyle w:val="SunsideTabelle"/>
              <w:keepNext/>
              <w:suppressAutoHyphens/>
            </w:pPr>
          </w:p>
        </w:tc>
        <w:tc>
          <w:tcPr>
            <w:tcW w:w="1247" w:type="dxa"/>
            <w:tcBorders>
              <w:bottom w:val="single" w:sz="4" w:space="0" w:color="000000"/>
            </w:tcBorders>
            <w:tcMar>
              <w:top w:w="100" w:type="dxa"/>
              <w:left w:w="0" w:type="dxa"/>
              <w:bottom w:w="100" w:type="dxa"/>
              <w:right w:w="170" w:type="dxa"/>
            </w:tcMar>
          </w:tcPr>
          <w:p w14:paraId="445F6883" w14:textId="77777777" w:rsidR="00E36735" w:rsidRDefault="00E36735">
            <w:pPr>
              <w:pStyle w:val="SunsideTabelle"/>
              <w:keepNext/>
              <w:suppressAutoHyphens/>
            </w:pPr>
          </w:p>
        </w:tc>
      </w:tr>
      <w:tr w:rsidR="00E36735" w14:paraId="1C24F8BE" w14:textId="77777777">
        <w:trPr>
          <w:cantSplit/>
          <w:trHeight w:val="454"/>
        </w:trPr>
        <w:tc>
          <w:tcPr>
            <w:tcW w:w="680" w:type="dxa"/>
            <w:tcBorders>
              <w:bottom w:val="single" w:sz="4" w:space="0" w:color="000000"/>
            </w:tcBorders>
            <w:tcMar>
              <w:top w:w="100" w:type="dxa"/>
              <w:left w:w="0" w:type="dxa"/>
              <w:bottom w:w="100" w:type="dxa"/>
              <w:right w:w="170" w:type="dxa"/>
            </w:tcMar>
          </w:tcPr>
          <w:p w14:paraId="003874FD" w14:textId="77777777" w:rsidR="00E36735" w:rsidRDefault="004A1335">
            <w:pPr>
              <w:pStyle w:val="SunsideTabelle"/>
              <w:keepNext/>
              <w:suppressAutoHyphens/>
            </w:pPr>
            <w:r>
              <w:t>3</w:t>
            </w:r>
          </w:p>
        </w:tc>
        <w:tc>
          <w:tcPr>
            <w:tcW w:w="5896" w:type="dxa"/>
            <w:tcBorders>
              <w:bottom w:val="single" w:sz="4" w:space="0" w:color="000000"/>
            </w:tcBorders>
            <w:tcMar>
              <w:top w:w="100" w:type="dxa"/>
              <w:left w:w="0" w:type="dxa"/>
              <w:bottom w:w="100" w:type="dxa"/>
              <w:right w:w="170" w:type="dxa"/>
            </w:tcMar>
          </w:tcPr>
          <w:p w14:paraId="10ECC104" w14:textId="77777777" w:rsidR="00E36735" w:rsidRDefault="00E36735">
            <w:pPr>
              <w:pStyle w:val="SunsideTabelle"/>
              <w:keepNext/>
              <w:suppressAutoHyphens/>
            </w:pPr>
          </w:p>
        </w:tc>
        <w:tc>
          <w:tcPr>
            <w:tcW w:w="1247" w:type="dxa"/>
            <w:tcBorders>
              <w:bottom w:val="single" w:sz="4" w:space="0" w:color="000000"/>
            </w:tcBorders>
            <w:tcMar>
              <w:top w:w="100" w:type="dxa"/>
              <w:left w:w="0" w:type="dxa"/>
              <w:bottom w:w="100" w:type="dxa"/>
              <w:right w:w="170" w:type="dxa"/>
            </w:tcMar>
          </w:tcPr>
          <w:p w14:paraId="65B56548" w14:textId="77777777" w:rsidR="00E36735" w:rsidRDefault="00E36735">
            <w:pPr>
              <w:pStyle w:val="SunsideTabelle"/>
              <w:keepNext/>
              <w:suppressAutoHyphens/>
            </w:pPr>
          </w:p>
        </w:tc>
        <w:tc>
          <w:tcPr>
            <w:tcW w:w="1247" w:type="dxa"/>
            <w:tcBorders>
              <w:bottom w:val="single" w:sz="4" w:space="0" w:color="000000"/>
            </w:tcBorders>
            <w:tcMar>
              <w:top w:w="100" w:type="dxa"/>
              <w:left w:w="0" w:type="dxa"/>
              <w:bottom w:w="100" w:type="dxa"/>
              <w:right w:w="170" w:type="dxa"/>
            </w:tcMar>
          </w:tcPr>
          <w:p w14:paraId="7AFB7784" w14:textId="77777777" w:rsidR="00E36735" w:rsidRDefault="00E36735">
            <w:pPr>
              <w:pStyle w:val="SunsideTabelle"/>
              <w:keepNext/>
              <w:suppressAutoHyphens/>
            </w:pPr>
          </w:p>
        </w:tc>
      </w:tr>
      <w:tr w:rsidR="00E36735" w14:paraId="179AED0B" w14:textId="77777777">
        <w:trPr>
          <w:cantSplit/>
          <w:trHeight w:val="454"/>
        </w:trPr>
        <w:tc>
          <w:tcPr>
            <w:tcW w:w="680" w:type="dxa"/>
            <w:tcBorders>
              <w:bottom w:val="single" w:sz="8" w:space="0" w:color="000000"/>
            </w:tcBorders>
            <w:tcMar>
              <w:top w:w="100" w:type="dxa"/>
              <w:left w:w="0" w:type="dxa"/>
              <w:bottom w:w="100" w:type="dxa"/>
              <w:right w:w="170" w:type="dxa"/>
            </w:tcMar>
          </w:tcPr>
          <w:p w14:paraId="5167592E" w14:textId="77777777" w:rsidR="00E36735" w:rsidRDefault="004A1335">
            <w:pPr>
              <w:pStyle w:val="SunsideTabelle"/>
              <w:suppressAutoHyphens/>
            </w:pPr>
            <w:r>
              <w:t>4</w:t>
            </w:r>
          </w:p>
        </w:tc>
        <w:tc>
          <w:tcPr>
            <w:tcW w:w="5896" w:type="dxa"/>
            <w:tcBorders>
              <w:bottom w:val="single" w:sz="8" w:space="0" w:color="000000"/>
            </w:tcBorders>
            <w:tcMar>
              <w:top w:w="100" w:type="dxa"/>
              <w:left w:w="0" w:type="dxa"/>
              <w:bottom w:w="100" w:type="dxa"/>
              <w:right w:w="170" w:type="dxa"/>
            </w:tcMar>
          </w:tcPr>
          <w:p w14:paraId="04D5107B" w14:textId="77777777" w:rsidR="00E36735" w:rsidRDefault="00E36735">
            <w:pPr>
              <w:pStyle w:val="SunsideTabelle"/>
              <w:suppressAutoHyphens/>
            </w:pPr>
          </w:p>
        </w:tc>
        <w:tc>
          <w:tcPr>
            <w:tcW w:w="1247" w:type="dxa"/>
            <w:tcBorders>
              <w:bottom w:val="single" w:sz="8" w:space="0" w:color="000000"/>
            </w:tcBorders>
            <w:tcMar>
              <w:top w:w="100" w:type="dxa"/>
              <w:left w:w="0" w:type="dxa"/>
              <w:bottom w:w="100" w:type="dxa"/>
              <w:right w:w="170" w:type="dxa"/>
            </w:tcMar>
          </w:tcPr>
          <w:p w14:paraId="7CE5FF32" w14:textId="77777777" w:rsidR="00E36735" w:rsidRDefault="00E36735">
            <w:pPr>
              <w:pStyle w:val="SunsideTabelle"/>
              <w:suppressAutoHyphens/>
            </w:pPr>
          </w:p>
        </w:tc>
        <w:tc>
          <w:tcPr>
            <w:tcW w:w="1247" w:type="dxa"/>
            <w:tcBorders>
              <w:bottom w:val="single" w:sz="8" w:space="0" w:color="000000"/>
            </w:tcBorders>
            <w:tcMar>
              <w:top w:w="100" w:type="dxa"/>
              <w:left w:w="0" w:type="dxa"/>
              <w:bottom w:w="100" w:type="dxa"/>
              <w:right w:w="170" w:type="dxa"/>
            </w:tcMar>
          </w:tcPr>
          <w:p w14:paraId="1E7C0A11" w14:textId="77777777" w:rsidR="00E36735" w:rsidRDefault="00E36735">
            <w:pPr>
              <w:pStyle w:val="SunsideTabelle"/>
              <w:suppressAutoHyphens/>
            </w:pPr>
          </w:p>
        </w:tc>
      </w:tr>
    </w:tbl>
    <w:p w14:paraId="2D8481AF" w14:textId="77777777" w:rsidR="00E36735" w:rsidRDefault="00E36735">
      <w:pPr>
        <w:spacing w:after="0" w:line="120" w:lineRule="exact"/>
      </w:pPr>
    </w:p>
    <w:p w14:paraId="4F6FE360" w14:textId="77777777" w:rsidR="00E36735" w:rsidRDefault="004A1335">
      <w:pPr>
        <w:pStyle w:val="SunsideZwischentitel"/>
      </w:pPr>
      <w:r>
        <w:lastRenderedPageBreak/>
        <w:t>5. Vorbehalte des Auftraggebers</w:t>
      </w:r>
    </w:p>
    <w:p w14:paraId="1272BAAF" w14:textId="77777777" w:rsidR="00E36735" w:rsidRDefault="004A1335">
      <w:pPr>
        <w:pStyle w:val="SunsideCheckliste"/>
        <w:keepNext/>
      </w:pPr>
      <w:r>
        <w:t>□</w:t>
      </w:r>
      <w:r>
        <w:tab/>
      </w:r>
      <w:r>
        <w:t>Wegen der Mängel unter Nr. 4 behält sich der Auftraggeber seine Rechte vor.</w:t>
      </w:r>
    </w:p>
    <w:p w14:paraId="56709920" w14:textId="77777777" w:rsidR="00E36735" w:rsidRDefault="004A1335">
      <w:pPr>
        <w:pStyle w:val="SunsideCheckliste"/>
        <w:keepNext/>
      </w:pPr>
      <w:r>
        <w:t>□</w:t>
      </w:r>
      <w:r>
        <w:tab/>
      </w:r>
      <w:r>
        <w:t>Der Auftraggeber behält sich die vereinbarte Vertragsstrafe vor.</w:t>
      </w:r>
    </w:p>
    <w:p w14:paraId="38AF3A64" w14:textId="77777777" w:rsidR="00E36735" w:rsidRDefault="004A1335">
      <w:pPr>
        <w:pStyle w:val="SunsideCheckliste"/>
        <w:keepNext/>
        <w:spacing w:after="120"/>
      </w:pPr>
      <w:r>
        <w:t>□</w:t>
      </w:r>
      <w:r>
        <w:tab/>
      </w:r>
      <w:r>
        <w:t>Eine Vertragsstrafe ist nicht vereinbart.</w:t>
      </w:r>
    </w:p>
    <w:p w14:paraId="355FD908" w14:textId="77777777" w:rsidR="00E36735" w:rsidRDefault="004A1335">
      <w:pPr>
        <w:pStyle w:val="SunsideZwischentitel"/>
      </w:pPr>
      <w:r>
        <w:t>6. Einwendungen des Auftragnehmers</w:t>
      </w:r>
    </w:p>
    <w:p w14:paraId="3915E56B" w14:textId="77777777" w:rsidR="00E36735" w:rsidRDefault="004A1335">
      <w:r>
        <w:t>[Einwendung, zum Beispiel: Mangel Nr. 2 wird nicht anerkannt, weil …; Bedenken schriftlich angemeldet am [Datum]]</w:t>
      </w:r>
    </w:p>
    <w:p w14:paraId="180F07B9" w14:textId="77777777" w:rsidR="00E36735" w:rsidRDefault="004A1335">
      <w:pPr>
        <w:pStyle w:val="SunsideZwischentitel"/>
      </w:pPr>
      <w:r>
        <w:t>7. Übergabe und Einweisung</w:t>
      </w:r>
    </w:p>
    <w:p w14:paraId="13A8137C" w14:textId="77777777" w:rsidR="00E36735" w:rsidRDefault="004A1335">
      <w:pPr>
        <w:pStyle w:val="SunsideCheckliste"/>
        <w:keepNext/>
      </w:pPr>
      <w:r>
        <w:t>□</w:t>
      </w:r>
      <w:r>
        <w:tab/>
      </w:r>
      <w:r>
        <w:t>Übergeben: [Bedienungsanleitungen, Wartungshinweise, Prüf- oder Messprotokolle, Garantiekarten]</w:t>
      </w:r>
    </w:p>
    <w:p w14:paraId="32003644" w14:textId="77777777" w:rsidR="00E36735" w:rsidRDefault="004A1335">
      <w:pPr>
        <w:pStyle w:val="SunsideCheckliste"/>
        <w:keepNext/>
      </w:pPr>
      <w:r>
        <w:t>□</w:t>
      </w:r>
      <w:r>
        <w:tab/>
      </w:r>
      <w:r>
        <w:t>Eingewiesen in Bedienung und Pflege: [Name]</w:t>
      </w:r>
    </w:p>
    <w:p w14:paraId="4D2EADB6" w14:textId="77777777" w:rsidR="00E36735" w:rsidRDefault="004A1335">
      <w:pPr>
        <w:pStyle w:val="SunsideCheckliste"/>
        <w:spacing w:after="120"/>
      </w:pPr>
      <w:r>
        <w:t>□</w:t>
      </w:r>
      <w:r>
        <w:tab/>
      </w:r>
      <w:r>
        <w:t>Zurückgegeben: Schlüssel und Zugangscodes [Anzahl]</w:t>
      </w:r>
    </w:p>
    <w:p w14:paraId="12CB053F" w14:textId="77777777" w:rsidR="00E36735" w:rsidRDefault="004A1335">
      <w:r>
        <w:t>Fotos zum Zustand bei der Abnahme: [Anzahl], abgelegt unter [Ort oder Auftragsnummer].</w:t>
      </w:r>
    </w:p>
    <w:p w14:paraId="11950B78" w14:textId="77777777" w:rsidR="00E36735" w:rsidRDefault="004A1335">
      <w:pPr>
        <w:pStyle w:val="SunsideZwischentitel"/>
      </w:pPr>
      <w:r>
        <w:t>8. Verjährung und Ausfertigung</w:t>
      </w:r>
    </w:p>
    <w:p w14:paraId="1DE5BC4F" w14:textId="77777777" w:rsidR="00E36735" w:rsidRDefault="004A1335">
      <w:pPr>
        <w:keepNext/>
        <w:keepLines/>
      </w:pPr>
      <w:r>
        <w:t>Die Verjährung der Mängelansprüche beginnt mit dieser Abnahme am [Datum]. Die Frist beträgt [2 Jahre / 5 Jahre bei Arbeiten an einem Bauwerk / 4 Jahre bei Arbeiten an einem Bauwerk, wenn die VOB/B vereinbart ist], soweit der Vertrag nichts anderes regelt. Jede Seite erhält ein unterschriebenes Exemplar dieses Protokolls.</w:t>
      </w:r>
    </w:p>
    <w:p w14:paraId="1175E1A4" w14:textId="77777777" w:rsidR="00E36735" w:rsidRDefault="00E36735">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E36735" w14:paraId="54F4FBE4" w14:textId="77777777">
        <w:tc>
          <w:tcPr>
            <w:tcW w:w="4252" w:type="dxa"/>
            <w:tcMar>
              <w:top w:w="0" w:type="dxa"/>
              <w:left w:w="0" w:type="dxa"/>
              <w:bottom w:w="0" w:type="dxa"/>
              <w:right w:w="0" w:type="dxa"/>
            </w:tcMar>
          </w:tcPr>
          <w:p w14:paraId="725E1A3B" w14:textId="77777777" w:rsidR="00E36735" w:rsidRDefault="00E36735">
            <w:pPr>
              <w:pStyle w:val="SunsideTabelle"/>
              <w:suppressAutoHyphens/>
              <w:spacing w:before="680"/>
            </w:pPr>
          </w:p>
        </w:tc>
        <w:tc>
          <w:tcPr>
            <w:tcW w:w="567" w:type="dxa"/>
            <w:tcMar>
              <w:top w:w="0" w:type="dxa"/>
              <w:left w:w="0" w:type="dxa"/>
              <w:bottom w:w="0" w:type="dxa"/>
              <w:right w:w="0" w:type="dxa"/>
            </w:tcMar>
          </w:tcPr>
          <w:p w14:paraId="1F21387B" w14:textId="77777777" w:rsidR="00E36735" w:rsidRDefault="00E36735">
            <w:pPr>
              <w:suppressAutoHyphens/>
            </w:pPr>
          </w:p>
        </w:tc>
        <w:tc>
          <w:tcPr>
            <w:tcW w:w="4252" w:type="dxa"/>
            <w:tcMar>
              <w:top w:w="0" w:type="dxa"/>
              <w:left w:w="0" w:type="dxa"/>
              <w:bottom w:w="0" w:type="dxa"/>
              <w:right w:w="0" w:type="dxa"/>
            </w:tcMar>
          </w:tcPr>
          <w:p w14:paraId="58808180" w14:textId="77777777" w:rsidR="00E36735" w:rsidRDefault="00E36735">
            <w:pPr>
              <w:pStyle w:val="SunsideTabelle"/>
              <w:suppressAutoHyphens/>
              <w:spacing w:before="680"/>
            </w:pPr>
          </w:p>
        </w:tc>
      </w:tr>
      <w:tr w:rsidR="00E36735" w14:paraId="4E06C5CB" w14:textId="77777777">
        <w:tc>
          <w:tcPr>
            <w:tcW w:w="4252" w:type="dxa"/>
            <w:tcBorders>
              <w:top w:val="single" w:sz="4" w:space="0" w:color="000000"/>
            </w:tcBorders>
            <w:tcMar>
              <w:top w:w="80" w:type="dxa"/>
              <w:left w:w="0" w:type="dxa"/>
              <w:bottom w:w="0" w:type="dxa"/>
              <w:right w:w="0" w:type="dxa"/>
            </w:tcMar>
          </w:tcPr>
          <w:p w14:paraId="55704559" w14:textId="77777777" w:rsidR="00E36735" w:rsidRDefault="004A1335">
            <w:pPr>
              <w:pStyle w:val="SunsideTabelle"/>
              <w:suppressAutoHyphens/>
            </w:pPr>
            <w:r>
              <w:t>Ort, Datum</w:t>
            </w:r>
          </w:p>
        </w:tc>
        <w:tc>
          <w:tcPr>
            <w:tcW w:w="567" w:type="dxa"/>
            <w:tcMar>
              <w:top w:w="0" w:type="dxa"/>
              <w:left w:w="0" w:type="dxa"/>
              <w:bottom w:w="0" w:type="dxa"/>
              <w:right w:w="0" w:type="dxa"/>
            </w:tcMar>
          </w:tcPr>
          <w:p w14:paraId="4F215A45" w14:textId="77777777" w:rsidR="00E36735" w:rsidRDefault="00E36735">
            <w:pPr>
              <w:suppressAutoHyphens/>
            </w:pPr>
          </w:p>
        </w:tc>
        <w:tc>
          <w:tcPr>
            <w:tcW w:w="4252" w:type="dxa"/>
            <w:tcBorders>
              <w:top w:val="single" w:sz="4" w:space="0" w:color="000000"/>
            </w:tcBorders>
            <w:tcMar>
              <w:top w:w="80" w:type="dxa"/>
              <w:left w:w="0" w:type="dxa"/>
              <w:bottom w:w="0" w:type="dxa"/>
              <w:right w:w="0" w:type="dxa"/>
            </w:tcMar>
          </w:tcPr>
          <w:p w14:paraId="4D90FB55" w14:textId="77777777" w:rsidR="00E36735" w:rsidRDefault="004A1335">
            <w:pPr>
              <w:pStyle w:val="SunsideTabelle"/>
              <w:suppressAutoHyphens/>
            </w:pPr>
            <w:r>
              <w:t>Ort, Datum</w:t>
            </w:r>
          </w:p>
        </w:tc>
      </w:tr>
      <w:tr w:rsidR="00E36735" w14:paraId="67099949" w14:textId="77777777">
        <w:tc>
          <w:tcPr>
            <w:tcW w:w="4252" w:type="dxa"/>
            <w:tcMar>
              <w:top w:w="0" w:type="dxa"/>
              <w:left w:w="0" w:type="dxa"/>
              <w:bottom w:w="0" w:type="dxa"/>
              <w:right w:w="0" w:type="dxa"/>
            </w:tcMar>
          </w:tcPr>
          <w:p w14:paraId="74DED562" w14:textId="77777777" w:rsidR="00E36735" w:rsidRDefault="00E36735">
            <w:pPr>
              <w:pStyle w:val="SunsideTabelle"/>
              <w:suppressAutoHyphens/>
              <w:spacing w:before="680"/>
            </w:pPr>
          </w:p>
        </w:tc>
        <w:tc>
          <w:tcPr>
            <w:tcW w:w="567" w:type="dxa"/>
            <w:tcMar>
              <w:top w:w="0" w:type="dxa"/>
              <w:left w:w="0" w:type="dxa"/>
              <w:bottom w:w="0" w:type="dxa"/>
              <w:right w:w="0" w:type="dxa"/>
            </w:tcMar>
          </w:tcPr>
          <w:p w14:paraId="23AD0C3C" w14:textId="77777777" w:rsidR="00E36735" w:rsidRDefault="00E36735">
            <w:pPr>
              <w:suppressAutoHyphens/>
            </w:pPr>
          </w:p>
        </w:tc>
        <w:tc>
          <w:tcPr>
            <w:tcW w:w="4252" w:type="dxa"/>
            <w:tcMar>
              <w:top w:w="0" w:type="dxa"/>
              <w:left w:w="0" w:type="dxa"/>
              <w:bottom w:w="0" w:type="dxa"/>
              <w:right w:w="0" w:type="dxa"/>
            </w:tcMar>
          </w:tcPr>
          <w:p w14:paraId="40BB2866" w14:textId="77777777" w:rsidR="00E36735" w:rsidRDefault="00E36735">
            <w:pPr>
              <w:pStyle w:val="SunsideTabelle"/>
              <w:suppressAutoHyphens/>
              <w:spacing w:before="680"/>
            </w:pPr>
          </w:p>
        </w:tc>
      </w:tr>
      <w:tr w:rsidR="00E36735" w14:paraId="547542F1" w14:textId="77777777">
        <w:tc>
          <w:tcPr>
            <w:tcW w:w="4252" w:type="dxa"/>
            <w:tcBorders>
              <w:top w:val="single" w:sz="4" w:space="0" w:color="000000"/>
            </w:tcBorders>
            <w:tcMar>
              <w:top w:w="80" w:type="dxa"/>
              <w:left w:w="0" w:type="dxa"/>
              <w:bottom w:w="0" w:type="dxa"/>
              <w:right w:w="0" w:type="dxa"/>
            </w:tcMar>
          </w:tcPr>
          <w:p w14:paraId="764A6340" w14:textId="77777777" w:rsidR="00E36735" w:rsidRDefault="004A1335">
            <w:pPr>
              <w:pStyle w:val="SunsideTabelle"/>
              <w:suppressAutoHyphens/>
            </w:pPr>
            <w:r>
              <w:rPr>
                <w:b/>
              </w:rPr>
              <w:t>Auftraggeber</w:t>
            </w:r>
            <w:r>
              <w:rPr>
                <w:b/>
              </w:rPr>
              <w:br/>
            </w:r>
            <w:r>
              <w:t>[Name]</w:t>
            </w:r>
          </w:p>
        </w:tc>
        <w:tc>
          <w:tcPr>
            <w:tcW w:w="567" w:type="dxa"/>
            <w:tcMar>
              <w:top w:w="0" w:type="dxa"/>
              <w:left w:w="0" w:type="dxa"/>
              <w:bottom w:w="0" w:type="dxa"/>
              <w:right w:w="0" w:type="dxa"/>
            </w:tcMar>
          </w:tcPr>
          <w:p w14:paraId="1ECE975F" w14:textId="77777777" w:rsidR="00E36735" w:rsidRDefault="00E36735">
            <w:pPr>
              <w:suppressAutoHyphens/>
            </w:pPr>
          </w:p>
        </w:tc>
        <w:tc>
          <w:tcPr>
            <w:tcW w:w="4252" w:type="dxa"/>
            <w:tcBorders>
              <w:top w:val="single" w:sz="4" w:space="0" w:color="000000"/>
            </w:tcBorders>
            <w:tcMar>
              <w:top w:w="80" w:type="dxa"/>
              <w:left w:w="0" w:type="dxa"/>
              <w:bottom w:w="0" w:type="dxa"/>
              <w:right w:w="0" w:type="dxa"/>
            </w:tcMar>
          </w:tcPr>
          <w:p w14:paraId="7691DA6B" w14:textId="77777777" w:rsidR="00E36735" w:rsidRDefault="004A1335">
            <w:pPr>
              <w:pStyle w:val="SunsideTabelle"/>
              <w:suppressAutoHyphens/>
            </w:pPr>
            <w:r>
              <w:rPr>
                <w:b/>
              </w:rPr>
              <w:t>Auftragnehmer</w:t>
            </w:r>
            <w:r>
              <w:rPr>
                <w:b/>
              </w:rPr>
              <w:br/>
            </w:r>
            <w:r>
              <w:t>[Name, Betrieb]</w:t>
            </w:r>
          </w:p>
        </w:tc>
      </w:tr>
    </w:tbl>
    <w:p w14:paraId="3195EBFF" w14:textId="77777777" w:rsidR="00E36735" w:rsidRDefault="00E36735">
      <w:pPr>
        <w:spacing w:after="0" w:line="120" w:lineRule="exact"/>
      </w:pPr>
    </w:p>
    <w:p w14:paraId="5F8B644F" w14:textId="77777777" w:rsidR="00E36735" w:rsidRDefault="00E36735">
      <w:pPr>
        <w:sectPr w:rsidR="00E36735">
          <w:headerReference w:type="default" r:id="rId8"/>
          <w:footerReference w:type="default" r:id="rId9"/>
          <w:pgSz w:w="11906" w:h="16838"/>
          <w:pgMar w:top="1417" w:right="1417" w:bottom="1276" w:left="1417" w:header="709" w:footer="709" w:gutter="0"/>
          <w:cols w:space="720"/>
          <w:docGrid w:linePitch="360"/>
        </w:sectPr>
      </w:pPr>
    </w:p>
    <w:p w14:paraId="01942044" w14:textId="77777777" w:rsidR="00E36735" w:rsidRDefault="004A1335">
      <w:pPr>
        <w:pStyle w:val="SunsideTitel"/>
      </w:pPr>
      <w:r>
        <w:lastRenderedPageBreak/>
        <w:t>Aufforderung zur Abnahme</w:t>
      </w:r>
    </w:p>
    <w:p w14:paraId="2AA683F5" w14:textId="77777777" w:rsidR="00E36735" w:rsidRDefault="004A1335">
      <w:r>
        <w:t>[Senden Sie diesen Brief per Post oder E‑Mail, wenn der Kunde nicht von sich aus abnimmt. Die beiden Absätze ab „Hinweis nach § 640 Abs. 2 BGB“ brauchen Sie nur bei Privatkunden. Löschen Sie vorher die Überschrift und diesen Absatz.]</w:t>
      </w:r>
    </w:p>
    <w:p w14:paraId="51210AC5" w14:textId="77777777" w:rsidR="00E36735" w:rsidRDefault="004A1335">
      <w:pPr>
        <w:spacing w:before="600"/>
      </w:pPr>
      <w:r>
        <w:rPr>
          <w:sz w:val="18"/>
        </w:rPr>
        <w:t>[Name des Betriebs], [Straße Nr.], [PLZ Ort]</w:t>
      </w:r>
    </w:p>
    <w:p w14:paraId="7BA718D1" w14:textId="77777777" w:rsidR="00E36735" w:rsidRDefault="004A1335">
      <w:r>
        <w:t>[Vorname Nachname des Kunden]</w:t>
      </w:r>
      <w:r>
        <w:br/>
        <w:t>[Straße Nr.]</w:t>
      </w:r>
      <w:r>
        <w:br/>
        <w:t>[PLZ Ort]</w:t>
      </w:r>
    </w:p>
    <w:p w14:paraId="54700C13" w14:textId="77777777" w:rsidR="00E36735" w:rsidRDefault="004A1335">
      <w:pPr>
        <w:spacing w:before="480"/>
        <w:jc w:val="right"/>
      </w:pPr>
      <w:r>
        <w:t>[Ort], [TT.MM.JJJJ]</w:t>
      </w:r>
    </w:p>
    <w:p w14:paraId="698C225F" w14:textId="77777777" w:rsidR="00E36735" w:rsidRDefault="004A1335">
      <w:pPr>
        <w:spacing w:before="480"/>
      </w:pPr>
      <w:r>
        <w:rPr>
          <w:b/>
        </w:rPr>
        <w:t>Aufforderung zur Abnahme: [Leistung] in [Ort der Leistung]</w:t>
      </w:r>
    </w:p>
    <w:p w14:paraId="400F7ED0" w14:textId="77777777" w:rsidR="00E36735" w:rsidRDefault="004A1335">
      <w:pPr>
        <w:spacing w:before="240"/>
      </w:pPr>
      <w:r>
        <w:t>[Sehr geehrte Frau / Sehr geehrter Herr] [Nachname],</w:t>
      </w:r>
    </w:p>
    <w:p w14:paraId="2D80C569" w14:textId="77777777" w:rsidR="00E36735" w:rsidRDefault="004A1335">
      <w:r>
        <w:t>wir haben die Arbeiten an [Leistung] abgeschlossen. Wir bitten Sie, die Leistung bis zum [Datum, zum Beispiel 14 Tage nach Versand] abzunehmen. Als Termin schlagen wir [Datum, Uhrzeit] vor.</w:t>
      </w:r>
    </w:p>
    <w:p w14:paraId="40220A70" w14:textId="77777777" w:rsidR="00E36735" w:rsidRDefault="004A1335">
      <w:r>
        <w:t>Hinweis nach § 640 Abs. 2 BGB: Wenn Sie die Abnahme bis zu diesem Datum nicht erklären, gilt die Leistung als abgenommen. Das gilt auch, wenn Sie die Abnahme verweigern, ohne mindestens einen Mangel zu nennen.</w:t>
      </w:r>
    </w:p>
    <w:p w14:paraId="74F7347D" w14:textId="77777777" w:rsidR="00E36735" w:rsidRDefault="004A1335">
      <w:r>
        <w:t>Die Abnahme hat vor allem diese Folgen: Unsere Rechnung wird fällig, bei einem Bauvertrag erst, wenn Ihnen eine prüffähige Schlussrechnung vorliegt. Wird die Leistung danach beschädigt, ohne dass wir dafür verantwortlich sind, tragen Sie dieses Risiko. Bei einem Mangel müssen ab dann Sie nachweisen, dass er vorliegt. Und die Frist für Ihre Mängelansprüche beginnt zu laufen.</w:t>
      </w:r>
    </w:p>
    <w:p w14:paraId="4AA59C64" w14:textId="77777777" w:rsidR="00E36735" w:rsidRDefault="004A1335">
      <w:pPr>
        <w:spacing w:before="240"/>
      </w:pPr>
      <w:r>
        <w:t>Mit freundlichen Grüßen</w:t>
      </w:r>
      <w:r>
        <w:br/>
      </w:r>
      <w:r>
        <w:br/>
      </w:r>
      <w:r>
        <w:br/>
        <w:t>[Name, Betrieb]</w:t>
      </w:r>
    </w:p>
    <w:sectPr w:rsidR="00E36735" w:rsidSect="00034616">
      <w:footerReference w:type="default" r:id="rId10"/>
      <w:pgSz w:w="11906" w:h="16838"/>
      <w:pgMar w:top="1417" w:right="1417" w:bottom="1276"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108018" w14:textId="77777777" w:rsidR="004A1335" w:rsidRDefault="004A1335">
      <w:pPr>
        <w:spacing w:after="0"/>
      </w:pPr>
      <w:r>
        <w:separator/>
      </w:r>
    </w:p>
  </w:endnote>
  <w:endnote w:type="continuationSeparator" w:id="0">
    <w:p w14:paraId="0F3F1E4D" w14:textId="77777777" w:rsidR="004A1335" w:rsidRDefault="004A13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5854C2" w14:textId="5E41F663" w:rsidR="00E36735" w:rsidRDefault="004A1335">
    <w:pPr>
      <w:pStyle w:val="Fuzeile"/>
    </w:pPr>
    <w:r>
      <w:tab/>
      <w:t xml:space="preserve">Seite </w:t>
    </w:r>
    <w:r>
      <w:fldChar w:fldCharType="begin"/>
    </w:r>
    <w:r>
      <w:instrText>PAGE</w:instrText>
    </w:r>
    <w:r>
      <w:fldChar w:fldCharType="separate"/>
    </w:r>
    <w:r>
      <w:t>1</w:t>
    </w:r>
    <w:r>
      <w:fldChar w:fldCharType="end"/>
    </w:r>
    <w:r>
      <w:t xml:space="preserve"> von </w:t>
    </w:r>
    <w:r>
      <w:fldChar w:fldCharType="begin"/>
    </w:r>
    <w:r>
      <w:instrText xml:space="preserve"> = </w:instrText>
    </w:r>
    <w:r>
      <w:fldChar w:fldCharType="begin"/>
    </w:r>
    <w:r>
      <w:instrText xml:space="preserve"> NUMPAGES </w:instrText>
    </w:r>
    <w:r>
      <w:fldChar w:fldCharType="separate"/>
    </w:r>
    <w:r w:rsidR="007E4690">
      <w:rPr>
        <w:noProof/>
      </w:rPr>
      <w:instrText>3</w:instrText>
    </w:r>
    <w:r>
      <w:fldChar w:fldCharType="end"/>
    </w:r>
    <w:r>
      <w:instrText xml:space="preserve"> - 1 </w:instrText>
    </w:r>
    <w:r>
      <w:fldChar w:fldCharType="separate"/>
    </w:r>
    <w:r w:rsidR="007E469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19CD2" w14:textId="77777777" w:rsidR="00E36735" w:rsidRDefault="00E36735">
    <w:pPr>
      <w:pBdr>
        <w:top w:val="nil"/>
        <w:bottom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DCC7CC" w14:textId="77777777" w:rsidR="004A1335" w:rsidRDefault="004A1335">
      <w:pPr>
        <w:spacing w:after="0"/>
      </w:pPr>
      <w:r>
        <w:separator/>
      </w:r>
    </w:p>
  </w:footnote>
  <w:footnote w:type="continuationSeparator" w:id="0">
    <w:p w14:paraId="63CA59C7" w14:textId="77777777" w:rsidR="004A1335" w:rsidRDefault="004A13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BD5F8" w14:textId="77777777" w:rsidR="00E36735" w:rsidRDefault="00E36735">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A836A20"/>
    <w:multiLevelType w:val="multilevel"/>
    <w:tmpl w:val="15C45672"/>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1505548">
    <w:abstractNumId w:val="8"/>
  </w:num>
  <w:num w:numId="2" w16cid:durableId="1185940087">
    <w:abstractNumId w:val="6"/>
  </w:num>
  <w:num w:numId="3" w16cid:durableId="1991133717">
    <w:abstractNumId w:val="5"/>
  </w:num>
  <w:num w:numId="4" w16cid:durableId="627855458">
    <w:abstractNumId w:val="4"/>
  </w:num>
  <w:num w:numId="5" w16cid:durableId="1284992807">
    <w:abstractNumId w:val="7"/>
  </w:num>
  <w:num w:numId="6" w16cid:durableId="255478847">
    <w:abstractNumId w:val="3"/>
  </w:num>
  <w:num w:numId="7" w16cid:durableId="1685857564">
    <w:abstractNumId w:val="2"/>
  </w:num>
  <w:num w:numId="8" w16cid:durableId="775708715">
    <w:abstractNumId w:val="1"/>
  </w:num>
  <w:num w:numId="9" w16cid:durableId="378406596">
    <w:abstractNumId w:val="0"/>
  </w:num>
  <w:num w:numId="10" w16cid:durableId="36013353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autoHyphenation/>
  <w:consecutiveHyphenLimit w:val="2"/>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A1335"/>
    <w:rsid w:val="007E4690"/>
    <w:rsid w:val="00AA1D8D"/>
    <w:rsid w:val="00B47730"/>
    <w:rsid w:val="00CB0664"/>
    <w:rsid w:val="00CC738C"/>
    <w:rsid w:val="00E36735"/>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6C0806"/>
  <w14:defaultImageDpi w14:val="300"/>
  <w15:docId w15:val="{59318944-2523-554A-AF99-7E9C2CEA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40" w:lineRule="auto"/>
    </w:pPr>
    <w:rPr>
      <w:kern w:val="22"/>
    </w:rPr>
  </w:style>
  <w:style w:type="paragraph" w:styleId="berschrift1">
    <w:name w:val="heading 1"/>
    <w:basedOn w:val="Standard"/>
    <w:next w:val="Standard"/>
    <w:link w:val="berschrift1Zchn"/>
    <w:uiPriority w:val="9"/>
    <w:qFormat/>
    <w:rsid w:val="00FC693F"/>
    <w:pPr>
      <w:keepNext/>
      <w:keepLines/>
      <w:numPr>
        <w:numId w:val="10"/>
      </w:numPr>
      <w:spacing w:before="280"/>
      <w:outlineLvl w:val="0"/>
    </w:pPr>
    <w:rPr>
      <w:b/>
      <w:bCs/>
      <w:sz w:val="24"/>
      <w:szCs w:val="24"/>
    </w:rPr>
  </w:style>
  <w:style w:type="paragraph" w:styleId="berschrift2">
    <w:name w:val="heading 2"/>
    <w:basedOn w:val="Standard"/>
    <w:next w:val="Standard"/>
    <w:link w:val="berschrift2Zchn"/>
    <w:uiPriority w:val="9"/>
    <w:unhideWhenUsed/>
    <w:qFormat/>
    <w:rsid w:val="00FC693F"/>
    <w:pPr>
      <w:keepNext/>
      <w:keepLines/>
      <w:numPr>
        <w:ilvl w:val="1"/>
        <w:numId w:val="10"/>
      </w:numPr>
      <w:spacing w:before="200"/>
      <w:outlineLvl w:val="1"/>
    </w:pPr>
    <w:rPr>
      <w:b/>
      <w:bCs/>
      <w:sz w:val="24"/>
      <w:szCs w:val="24"/>
    </w:rPr>
  </w:style>
  <w:style w:type="paragraph" w:styleId="berschrift3">
    <w:name w:val="heading 3"/>
    <w:basedOn w:val="Standard"/>
    <w:next w:val="Standard"/>
    <w:link w:val="berschrift3Zchn"/>
    <w:uiPriority w:val="9"/>
    <w:unhideWhenUsed/>
    <w:qFormat/>
    <w:rsid w:val="00FC693F"/>
    <w:pPr>
      <w:keepNext/>
      <w:keepLines/>
      <w:numPr>
        <w:ilvl w:val="2"/>
        <w:numId w:val="10"/>
      </w:numPr>
      <w:spacing w:before="160"/>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pBdr>
        <w:bottom w:val="single" w:sz="4" w:space="6" w:color="D9D9D9"/>
      </w:pBdr>
      <w:tabs>
        <w:tab w:val="right" w:pos="9072"/>
      </w:tabs>
      <w:spacing w:after="0"/>
    </w:pPr>
    <w:rPr>
      <w:sz w:val="18"/>
      <w:szCs w:val="18"/>
    </w:rPr>
  </w:style>
  <w:style w:type="character" w:customStyle="1" w:styleId="KopfzeileZchn">
    <w:name w:val="Kopfzeile Zchn"/>
    <w:basedOn w:val="Absatz-Standardschriftart"/>
    <w:link w:val="Kopfzeile"/>
    <w:uiPriority w:val="99"/>
    <w:rsid w:val="00E618BF"/>
    <w:rPr>
      <w:rFonts w:ascii="Arial" w:eastAsia="Arial" w:hAnsi="Arial" w:cs="Arial"/>
      <w:color w:val="000000"/>
      <w:kern w:val="22"/>
      <w:sz w:val="18"/>
      <w:szCs w:val="18"/>
      <w:lang w:val="de-DE"/>
    </w:rPr>
  </w:style>
  <w:style w:type="paragraph" w:styleId="Fuzeile">
    <w:name w:val="footer"/>
    <w:basedOn w:val="Standard"/>
    <w:link w:val="FuzeileZchn"/>
    <w:uiPriority w:val="99"/>
    <w:unhideWhenUsed/>
    <w:rsid w:val="00E618BF"/>
    <w:pPr>
      <w:pBdr>
        <w:top w:val="single" w:sz="4" w:space="6" w:color="D9D9D9"/>
      </w:pBdr>
      <w:tabs>
        <w:tab w:val="right" w:pos="9072"/>
      </w:tabs>
      <w:spacing w:after="0"/>
    </w:pPr>
    <w:rPr>
      <w:sz w:val="18"/>
      <w:szCs w:val="18"/>
    </w:rPr>
  </w:style>
  <w:style w:type="character" w:customStyle="1" w:styleId="FuzeileZchn">
    <w:name w:val="Fußzeile Zchn"/>
    <w:basedOn w:val="Absatz-Standardschriftart"/>
    <w:link w:val="Fuzeile"/>
    <w:uiPriority w:val="99"/>
    <w:rsid w:val="00E618BF"/>
    <w:rPr>
      <w:rFonts w:ascii="Arial" w:eastAsia="Arial" w:hAnsi="Arial" w:cs="Arial"/>
      <w:color w:val="000000"/>
      <w:kern w:val="22"/>
      <w:sz w:val="18"/>
      <w:szCs w:val="18"/>
      <w:lang w:val="de-DE"/>
    </w:rPr>
  </w:style>
  <w:style w:type="character" w:customStyle="1" w:styleId="berschrift1Zchn">
    <w:name w:val="Überschrift 1 Zchn"/>
    <w:basedOn w:val="Absatz-Standardschriftart"/>
    <w:link w:val="berschrift1"/>
    <w:uiPriority w:val="9"/>
    <w:rsid w:val="00FC693F"/>
    <w:rPr>
      <w:rFonts w:ascii="Arial" w:eastAsia="Arial" w:hAnsi="Arial" w:cs="Arial"/>
      <w:b/>
      <w:bCs/>
      <w:color w:val="000000"/>
      <w:kern w:val="22"/>
      <w:sz w:val="24"/>
      <w:szCs w:val="24"/>
      <w:lang w:val="de-DE"/>
    </w:rPr>
  </w:style>
  <w:style w:type="character" w:customStyle="1" w:styleId="berschrift2Zchn">
    <w:name w:val="Überschrift 2 Zchn"/>
    <w:basedOn w:val="Absatz-Standardschriftart"/>
    <w:link w:val="berschrift2"/>
    <w:uiPriority w:val="9"/>
    <w:rsid w:val="00FC693F"/>
    <w:rPr>
      <w:rFonts w:ascii="Arial" w:eastAsia="Arial" w:hAnsi="Arial" w:cs="Arial"/>
      <w:b/>
      <w:bCs/>
      <w:color w:val="000000"/>
      <w:kern w:val="22"/>
      <w:sz w:val="24"/>
      <w:szCs w:val="24"/>
      <w:lang w:val="de-DE"/>
    </w:rPr>
  </w:style>
  <w:style w:type="character" w:customStyle="1" w:styleId="berschrift3Zchn">
    <w:name w:val="Überschrift 3 Zchn"/>
    <w:basedOn w:val="Absatz-Standardschriftart"/>
    <w:link w:val="berschrift3"/>
    <w:uiPriority w:val="9"/>
    <w:rsid w:val="00FC693F"/>
    <w:rPr>
      <w:rFonts w:ascii="Arial" w:eastAsia="Arial" w:hAnsi="Arial" w:cs="Arial"/>
      <w:b/>
      <w:bCs/>
      <w:color w:val="000000"/>
      <w:kern w:val="22"/>
      <w:sz w:val="24"/>
      <w:szCs w:val="24"/>
      <w:lang w:val="de-DE"/>
    </w:rPr>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SunsideTitel">
    <w:name w:val="Sunside Titel"/>
    <w:basedOn w:val="Standard"/>
    <w:qFormat/>
    <w:pPr>
      <w:keepNext/>
      <w:keepLines/>
      <w:pBdr>
        <w:bottom w:val="single" w:sz="6" w:space="8" w:color="000000"/>
      </w:pBdr>
      <w:spacing w:line="460" w:lineRule="exact"/>
    </w:pPr>
    <w:rPr>
      <w:b/>
      <w:bCs/>
      <w:sz w:val="40"/>
      <w:szCs w:val="40"/>
    </w:rPr>
  </w:style>
  <w:style w:type="paragraph" w:customStyle="1" w:styleId="SunsideUntertitel">
    <w:name w:val="Sunside Untertitel"/>
    <w:basedOn w:val="Standard"/>
    <w:qFormat/>
    <w:pPr>
      <w:spacing w:before="240" w:after="0"/>
    </w:pPr>
    <w:rPr>
      <w:b/>
      <w:bCs/>
    </w:rPr>
  </w:style>
  <w:style w:type="paragraph" w:customStyle="1" w:styleId="SunsideAngabe">
    <w:name w:val="Sunside Angabe"/>
    <w:basedOn w:val="Standard"/>
    <w:qFormat/>
    <w:pPr>
      <w:spacing w:after="0"/>
    </w:pPr>
  </w:style>
  <w:style w:type="paragraph" w:customStyle="1" w:styleId="SunsideDokumentart">
    <w:name w:val="Sunside Dokumentart"/>
    <w:basedOn w:val="Standard"/>
    <w:qFormat/>
    <w:pPr>
      <w:spacing w:after="0"/>
    </w:pPr>
  </w:style>
  <w:style w:type="paragraph" w:customStyle="1" w:styleId="SunsideVerzeichnis">
    <w:name w:val="Sunside Verzeichnis"/>
    <w:basedOn w:val="Standard"/>
    <w:qFormat/>
    <w:pPr>
      <w:keepNext/>
      <w:keepLines/>
      <w:spacing w:after="160"/>
    </w:pPr>
    <w:rPr>
      <w:b/>
      <w:bCs/>
      <w:sz w:val="24"/>
      <w:szCs w:val="24"/>
    </w:rPr>
  </w:style>
  <w:style w:type="paragraph" w:customStyle="1" w:styleId="SunsideAufzaehlung">
    <w:name w:val="Sunside Aufzaehlung"/>
    <w:basedOn w:val="Standard"/>
    <w:qFormat/>
    <w:pPr>
      <w:keepLines/>
      <w:spacing w:after="80"/>
      <w:ind w:left="459" w:hanging="261"/>
    </w:pPr>
  </w:style>
  <w:style w:type="paragraph" w:customStyle="1" w:styleId="SunsideAufzaehlung2">
    <w:name w:val="Sunside Aufzaehlung 2"/>
    <w:basedOn w:val="Standard"/>
    <w:qFormat/>
    <w:pPr>
      <w:keepLines/>
      <w:spacing w:after="80"/>
      <w:ind w:left="918" w:hanging="261"/>
    </w:pPr>
  </w:style>
  <w:style w:type="paragraph" w:customStyle="1" w:styleId="SunsideCheckliste">
    <w:name w:val="Sunside Checkliste"/>
    <w:basedOn w:val="Standard"/>
    <w:qFormat/>
    <w:pPr>
      <w:keepLines/>
      <w:spacing w:after="80"/>
      <w:ind w:left="459" w:hanging="261"/>
    </w:pPr>
  </w:style>
  <w:style w:type="paragraph" w:customStyle="1" w:styleId="SunsideTabellenkopf">
    <w:name w:val="Sunside Tabellenkopf"/>
    <w:basedOn w:val="Standard"/>
    <w:qFormat/>
    <w:pPr>
      <w:keepNext/>
      <w:keepLines/>
      <w:suppressAutoHyphens/>
      <w:spacing w:after="0"/>
    </w:pPr>
  </w:style>
  <w:style w:type="paragraph" w:customStyle="1" w:styleId="SunsideTabelle">
    <w:name w:val="Sunside Tabelle"/>
    <w:basedOn w:val="Standard"/>
    <w:qFormat/>
    <w:pPr>
      <w:spacing w:after="0"/>
    </w:pPr>
  </w:style>
  <w:style w:type="paragraph" w:customStyle="1" w:styleId="SunsideBeschriftung">
    <w:name w:val="Sunside Beschriftung"/>
    <w:basedOn w:val="Standard"/>
    <w:qFormat/>
    <w:pPr>
      <w:spacing w:before="60" w:after="240"/>
    </w:pPr>
    <w:rPr>
      <w:sz w:val="20"/>
      <w:szCs w:val="20"/>
    </w:rPr>
  </w:style>
  <w:style w:type="paragraph" w:customStyle="1" w:styleId="SunsideMerksatz">
    <w:name w:val="Sunside Merksatz"/>
    <w:basedOn w:val="Standard"/>
    <w:qFormat/>
    <w:pPr>
      <w:pBdr>
        <w:left w:val="single" w:sz="16" w:space="10" w:color="000000"/>
      </w:pBdr>
      <w:spacing w:before="200" w:after="0"/>
      <w:ind w:left="227"/>
    </w:pPr>
  </w:style>
  <w:style w:type="paragraph" w:customStyle="1" w:styleId="SunsideSprechtext">
    <w:name w:val="Sunside Sprechtext"/>
    <w:basedOn w:val="Standard"/>
    <w:qFormat/>
  </w:style>
  <w:style w:type="paragraph" w:customStyle="1" w:styleId="SunsideParagraf">
    <w:name w:val="Sunside Paragraf"/>
    <w:basedOn w:val="Standard"/>
    <w:qFormat/>
    <w:pPr>
      <w:keepNext/>
      <w:keepLines/>
      <w:spacing w:before="280"/>
      <w:outlineLvl w:val="0"/>
    </w:pPr>
    <w:rPr>
      <w:b/>
      <w:bCs/>
      <w:sz w:val="24"/>
      <w:szCs w:val="24"/>
    </w:rPr>
  </w:style>
  <w:style w:type="paragraph" w:customStyle="1" w:styleId="SunsideZwischentitel">
    <w:name w:val="Sunside Zwischentitel"/>
    <w:basedOn w:val="Standard"/>
    <w:qFormat/>
    <w:pPr>
      <w:keepNext/>
      <w:keepLines/>
      <w:spacing w:before="200"/>
      <w:outlineLvl w:val="1"/>
    </w:pPr>
    <w:rPr>
      <w:b/>
      <w:bCs/>
      <w:sz w:val="24"/>
      <w:szCs w:val="24"/>
    </w:rPr>
  </w:style>
  <w:style w:type="paragraph" w:customStyle="1" w:styleId="SunsideZwischentitel3">
    <w:name w:val="Sunside Zwischentitel 3"/>
    <w:basedOn w:val="Standard"/>
    <w:qFormat/>
    <w:pPr>
      <w:keepNext/>
      <w:keepLines/>
      <w:spacing w:before="160"/>
      <w:outlineLvl w:val="2"/>
    </w:pPr>
    <w:rPr>
      <w:b/>
      <w:bCs/>
      <w:sz w:val="24"/>
      <w:szCs w:val="24"/>
    </w:rPr>
  </w:style>
  <w:style w:type="paragraph" w:customStyle="1" w:styleId="SunsideAnhang">
    <w:name w:val="Sunside Anhang"/>
    <w:basedOn w:val="Standard"/>
    <w:qFormat/>
    <w:pPr>
      <w:keepNext/>
      <w:keepLines/>
      <w:outlineLvl w:val="0"/>
    </w:pPr>
    <w:rPr>
      <w:b/>
      <w:bCs/>
      <w:sz w:val="24"/>
      <w:szCs w:val="24"/>
    </w:rPr>
  </w:style>
  <w:style w:type="paragraph" w:customStyle="1" w:styleId="Verzeichnis11">
    <w:name w:val="Verzeichnis 11"/>
    <w:basedOn w:val="Standard"/>
    <w:qFormat/>
    <w:pPr>
      <w:tabs>
        <w:tab w:val="right" w:leader="dot" w:pos="9072"/>
      </w:tabs>
      <w:spacing w:before="160" w:after="0"/>
    </w:pPr>
    <w:rPr>
      <w:b/>
      <w:bCs/>
    </w:rPr>
  </w:style>
  <w:style w:type="paragraph" w:customStyle="1" w:styleId="Verzeichnis21">
    <w:name w:val="Verzeichnis 21"/>
    <w:basedOn w:val="Standard"/>
    <w:qFormat/>
    <w:pPr>
      <w:tabs>
        <w:tab w:val="right" w:leader="dot" w:pos="9072"/>
      </w:tabs>
      <w:spacing w:before="40" w:after="0"/>
      <w:ind w:left="397"/>
    </w:pPr>
  </w:style>
  <w:style w:type="paragraph" w:customStyle="1" w:styleId="Verzeichnis31">
    <w:name w:val="Verzeichnis 31"/>
    <w:basedOn w:val="Standard"/>
    <w:qFormat/>
    <w:pPr>
      <w:tabs>
        <w:tab w:val="right" w:leader="dot" w:pos="9072"/>
      </w:tabs>
      <w:spacing w:before="40" w:after="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3255</Characters>
  <Application>Microsoft Office Word</Application>
  <DocSecurity>0</DocSecurity>
  <Lines>116</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Abnahmeprotokoll</dc:title>
  <dc:subject/>
  <dc:creator/>
  <cp:keywords>neutral</cp:keywords>
  <dc:description/>
  <cp:lastModifiedBy/>
  <cp:revision>2</cp:revision>
  <dcterms:created xsi:type="dcterms:W3CDTF">2026-10-30T11:07:00Z</dcterms:created>
  <dcterms:modified xsi:type="dcterms:W3CDTF">2026-10-30T11:07:00Z</dcterms:modified>
  <cp:category>vertrag</cp:category>
</cp:coreProperties>
</file>